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2"/>
        </w:rPr>
        <w:t>ABLÖSEVOLLMACHT FÜR EIN KRAFTFAHRZEUG</w:t>
      </w:r>
    </w:p>
    <w:p/>
    <w:p/>
    <w:p>
      <w:r>
        <w:rPr>
          <w:b/>
          <w:sz w:val="22"/>
        </w:rPr>
        <w:t>Vollmachtgeber:</w:t>
      </w:r>
    </w:p>
    <w:p>
      <w:r>
        <w:rPr>
          <w:b w:val="0"/>
          <w:sz w:val="22"/>
        </w:rPr>
        <w:t>Name: _______________________________________________________________</w:t>
      </w:r>
    </w:p>
    <w:p>
      <w:r>
        <w:rPr>
          <w:b w:val="0"/>
          <w:sz w:val="22"/>
        </w:rPr>
        <w:t>Anschrift: ___________________________________________________________</w:t>
      </w:r>
    </w:p>
    <w:p>
      <w:r>
        <w:rPr>
          <w:b w:val="0"/>
          <w:sz w:val="22"/>
        </w:rPr>
        <w:t>Geburtsdatum: _______________________________________________________</w:t>
      </w:r>
    </w:p>
    <w:p/>
    <w:p>
      <w:r>
        <w:rPr>
          <w:b/>
          <w:sz w:val="22"/>
        </w:rPr>
        <w:t>Bevollmächtigter:</w:t>
      </w:r>
    </w:p>
    <w:p>
      <w:r>
        <w:rPr>
          <w:b w:val="0"/>
          <w:sz w:val="22"/>
        </w:rPr>
        <w:t>Name: _______________________________________________________________</w:t>
      </w:r>
    </w:p>
    <w:p>
      <w:r>
        <w:rPr>
          <w:b w:val="0"/>
          <w:sz w:val="22"/>
        </w:rPr>
        <w:t>Anschrift: ___________________________________________________________</w:t>
      </w:r>
    </w:p>
    <w:p>
      <w:r>
        <w:rPr>
          <w:b w:val="0"/>
          <w:sz w:val="22"/>
        </w:rPr>
        <w:t>Geburtsdatum: _______________________________________________________</w:t>
      </w:r>
    </w:p>
    <w:p/>
    <w:p>
      <w:r>
        <w:rPr>
          <w:b/>
          <w:sz w:val="22"/>
        </w:rPr>
        <w:t>Fahrzeug:</w:t>
      </w:r>
    </w:p>
    <w:p>
      <w:r>
        <w:rPr>
          <w:b w:val="0"/>
          <w:sz w:val="22"/>
        </w:rPr>
        <w:t>Hersteller / Marke: _________________________________________________</w:t>
      </w:r>
    </w:p>
    <w:p>
      <w:r>
        <w:rPr>
          <w:b w:val="0"/>
          <w:sz w:val="22"/>
        </w:rPr>
        <w:t>Typ / Modell: ________________________________________________________</w:t>
      </w:r>
    </w:p>
    <w:p>
      <w:r>
        <w:rPr>
          <w:b w:val="0"/>
          <w:sz w:val="22"/>
        </w:rPr>
        <w:t>Fahrzeug-Identifizierungsnummer (FIN): _______________________________</w:t>
      </w:r>
    </w:p>
    <w:p>
      <w:r>
        <w:rPr>
          <w:b w:val="0"/>
          <w:sz w:val="22"/>
        </w:rPr>
        <w:t>Amtliches Kennzeichen: _______________________________________________</w:t>
      </w:r>
    </w:p>
    <w:p/>
    <w:p>
      <w:r>
        <w:rPr>
          <w:b/>
          <w:sz w:val="22"/>
        </w:rPr>
        <w:t>Hiermit bevollmächtigt der Vollmachtgeber den Bevollmächtigten ausdrücklich, in seinem Namen und mit bindender Wirkung für ihn die Ablöse des oben genannten Kraftfahrzeugs durchzuführen. Dies umfasst insbesondere:</w:t>
      </w:r>
    </w:p>
    <w:p>
      <w:r>
        <w:rPr>
          <w:b w:val="0"/>
          <w:sz w:val="22"/>
        </w:rPr>
        <w:t>- Abschluss und Unterzeichnung aller erforderlichen Verträge und Vereinbarungen zur Ablöse des Fahrzeugs</w:t>
      </w:r>
    </w:p>
    <w:p>
      <w:r>
        <w:rPr>
          <w:b w:val="0"/>
          <w:sz w:val="22"/>
        </w:rPr>
        <w:t>- Entgegennahme und Übergabe des Fahrzeugs sowie aller dazugehörigen Dokumente (z.B. Fahrzeugbrief, Fahrzeugschein, Schlüssel)</w:t>
      </w:r>
    </w:p>
    <w:p>
      <w:r>
        <w:rPr>
          <w:b w:val="0"/>
          <w:sz w:val="22"/>
        </w:rPr>
        <w:t>- Durchführung und Abwicklung aller notwendigen Formalitäten bei Behörden und Versicherungen</w:t>
      </w:r>
    </w:p>
    <w:p>
      <w:r>
        <w:rPr>
          <w:b w:val="0"/>
          <w:sz w:val="22"/>
        </w:rPr>
        <w:t>- Empfang und Quittierung von Zahlungen im Zusammenhang mit der Ablöse</w:t>
      </w:r>
    </w:p>
    <w:p/>
    <w:p>
      <w:r>
        <w:rPr>
          <w:b/>
          <w:sz w:val="22"/>
        </w:rPr>
        <w:t>Die Vollmacht erstreckt sich auf alle Handlungen, die zur wirksamen Durchführung der Ablöse erforderlich sind. Der Bevollmächtigte ist berechtigt, Untervollmachten zu erteilen.</w:t>
      </w:r>
    </w:p>
    <w:p/>
    <w:p>
      <w:r>
        <w:rPr>
          <w:b/>
          <w:sz w:val="22"/>
        </w:rPr>
        <w:t>Die Vollmacht gilt ab Unterzeichnung und ist bis auf Widerruf gültig.</w:t>
      </w:r>
    </w:p>
    <w:p/>
    <w:p/>
    <w:p>
      <w:r>
        <w:rPr>
          <w:b w:val="0"/>
          <w:sz w:val="22"/>
        </w:rPr>
        <w:t>Ort: _________________________________________________________________</w:t>
      </w:r>
    </w:p>
    <w:p>
      <w:r>
        <w:rPr>
          <w:b w:val="0"/>
          <w:sz w:val="22"/>
        </w:rPr>
        <w:t>Datum: _______________________________________________________________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Vollmachtgeber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Bevollmächtigter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Unterschrift: 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Unterschrift: 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https://verkehr-experte.com/ablosevollmacht-auto/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https://verkehr-experte.com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verkehr-experte.com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verkehr-experte.com/ablosevollmacht-auto/" TargetMode="External"/><Relationship Id="rId10" Type="http://schemas.openxmlformats.org/officeDocument/2006/relationships/hyperlink" Target="https://verkehr-exper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