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ABTRETUNGSERKLÄRUNG KFZ-GLASSCHÄDEN</w:t>
      </w:r>
    </w:p>
    <w:p/>
    <w:p/>
    <w:p>
      <w:r>
        <w:rPr>
          <w:b/>
          <w:sz w:val="20"/>
        </w:rPr>
        <w:t>Abtretender / Geschädigter:</w:t>
      </w:r>
    </w:p>
    <w:p>
      <w:r>
        <w:rPr>
          <w:b w:val="0"/>
          <w:sz w:val="20"/>
        </w:rPr>
        <w:t>Name: ________________________________________________________________</w:t>
      </w:r>
    </w:p>
    <w:p>
      <w:r>
        <w:rPr>
          <w:b w:val="0"/>
          <w:sz w:val="20"/>
        </w:rPr>
        <w:t>Anschrift: _____________________________________________________________</w:t>
      </w:r>
    </w:p>
    <w:p>
      <w:r>
        <w:rPr>
          <w:b w:val="0"/>
          <w:sz w:val="20"/>
        </w:rPr>
        <w:t>Telefon: ______________________________________________________________</w:t>
      </w:r>
    </w:p>
    <w:p/>
    <w:p>
      <w:r>
        <w:rPr>
          <w:b/>
          <w:sz w:val="20"/>
        </w:rPr>
        <w:t>Bevollmächtigter / Abtretungsempfänger:</w:t>
      </w:r>
    </w:p>
    <w:p>
      <w:r>
        <w:rPr>
          <w:b w:val="0"/>
          <w:sz w:val="20"/>
        </w:rPr>
        <w:t>Name / Firma: _________________________________________________________</w:t>
      </w:r>
    </w:p>
    <w:p>
      <w:r>
        <w:rPr>
          <w:b w:val="0"/>
          <w:sz w:val="20"/>
        </w:rPr>
        <w:t>Anschrift: _____________________________________________________________</w:t>
      </w:r>
    </w:p>
    <w:p>
      <w:r>
        <w:rPr>
          <w:b w:val="0"/>
          <w:sz w:val="20"/>
        </w:rPr>
        <w:t>Telefon: ______________________________________________________________</w:t>
      </w:r>
    </w:p>
    <w:p/>
    <w:p>
      <w:r>
        <w:rPr>
          <w:b/>
          <w:sz w:val="20"/>
        </w:rPr>
        <w:t>Fahrzeugdaten:</w:t>
      </w:r>
    </w:p>
    <w:p>
      <w:r>
        <w:rPr>
          <w:b w:val="0"/>
          <w:sz w:val="20"/>
        </w:rPr>
        <w:t>Hersteller / Marke: __________________________________________________</w:t>
      </w:r>
    </w:p>
    <w:p>
      <w:r>
        <w:rPr>
          <w:b w:val="0"/>
          <w:sz w:val="20"/>
        </w:rPr>
        <w:t>Modell: ______________________________________________________________</w:t>
      </w:r>
    </w:p>
    <w:p>
      <w:r>
        <w:rPr>
          <w:b w:val="0"/>
          <w:sz w:val="20"/>
        </w:rPr>
        <w:t>Kennzeichen: _________________________________________________________</w:t>
      </w:r>
    </w:p>
    <w:p>
      <w:r>
        <w:rPr>
          <w:b w:val="0"/>
          <w:sz w:val="20"/>
        </w:rPr>
        <w:t>Fahrgestellnummer (VIN): ______________________________________________</w:t>
      </w:r>
    </w:p>
    <w:p/>
    <w:p>
      <w:r>
        <w:rPr>
          <w:b/>
          <w:sz w:val="20"/>
        </w:rPr>
        <w:t>Schadenbeschreibung (Glasschäden):</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 1 – Abtretung</w:t>
      </w:r>
    </w:p>
    <w:p>
      <w:r>
        <w:rPr>
          <w:b w:val="0"/>
          <w:sz w:val="20"/>
        </w:rPr>
        <w:t>Hiermit tritt der Abtretende sämtliche Ansprüche aus dem Schadenfall bezüglich der Glasschäden am oben genannten Fahrzeug an den Bevollmächtigten / Abtretungsempfänger ab. Dies umfasst insbesondere Ansprüche gegenüber Versicherungen, Werkstätten oder sonstigen Dritten.</w:t>
      </w:r>
    </w:p>
    <w:p/>
    <w:p>
      <w:r>
        <w:rPr>
          <w:b/>
          <w:sz w:val="20"/>
        </w:rPr>
        <w:t>§ 2 – Umfang der Abtretung</w:t>
      </w:r>
    </w:p>
    <w:p>
      <w:r>
        <w:rPr>
          <w:b w:val="0"/>
          <w:sz w:val="20"/>
        </w:rPr>
        <w:t>Die Abtretung umfasst alle Forderungen auf Schadensregulierung, Ersatz oder Erstattung sowie die Ermächtigung zur Geltendmachung und Entgegennahme von Zahlungen im Namen des Abtretenden.</w:t>
      </w:r>
    </w:p>
    <w:p/>
    <w:p>
      <w:r>
        <w:rPr>
          <w:b/>
          <w:sz w:val="20"/>
        </w:rPr>
        <w:t>§ 3 – Wirksamkeit und Rechtsfolgen</w:t>
      </w:r>
    </w:p>
    <w:p>
      <w:r>
        <w:rPr>
          <w:b w:val="0"/>
          <w:sz w:val="20"/>
        </w:rPr>
        <w:t>Die Abtretung erfolgt unwiderruflich und gilt auch für mögliche Folgeschäden im Zusammenhang mit dem Glasschaden. Der Abtretende verpflichtet sich, erforderliche Auskünfte zu erteilen und Unterlagen zur Verfügung zu stellen.</w:t>
      </w:r>
    </w:p>
    <w:p/>
    <w:p>
      <w:r>
        <w:rPr>
          <w:b/>
          <w:sz w:val="20"/>
        </w:rPr>
        <w:t>§ 4 – Salvatorische Klausel</w:t>
      </w:r>
    </w:p>
    <w:p>
      <w:r>
        <w:rPr>
          <w:b w:val="0"/>
          <w:sz w:val="20"/>
        </w:rPr>
        <w:t>Sollten einzelne Bestimmungen dieser Abtretungserklärung unwirksam sein oder werden, bleibt die Wirksamkeit der übrigen Teile unberührt. Anstelle der unwirksamen Bestimmung tritt eine rechtlich zulässige Regelung, die dem wirtschaftlichen Zweck am nächsten kommt.</w:t>
      </w:r>
    </w:p>
    <w:p/>
    <w:p/>
    <w:p>
      <w:r>
        <w:rPr>
          <w:b w:val="0"/>
          <w:sz w:val="20"/>
        </w:rPr>
        <w:t>Ort: _____________________________________________________</w:t>
      </w:r>
    </w:p>
    <w:p>
      <w:r>
        <w:rPr>
          <w:b w:val="0"/>
          <w:sz w:val="20"/>
        </w:rPr>
        <w:t>Datum: 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Abtretender / Geschädigter</w:t>
            </w:r>
          </w:p>
        </w:tc>
        <w:tc>
          <w:tcPr>
            <w:tcW w:type="dxa" w:w="4986"/>
            <w:tcBorders>
              <w:top w:val="nil"/>
              <w:left w:val="nil"/>
              <w:bottom w:val="nil"/>
              <w:right w:val="nil"/>
              <w:insideH w:val="nil"/>
              <w:insideV w:val="nil"/>
            </w:tcBorders>
          </w:tcPr>
          <w:p>
            <w:pPr>
              <w:jc w:val="center"/>
            </w:pPr>
            <w:r>
              <w:t>Bevollmächtigter / Abtretungsempfänger</w:t>
            </w:r>
          </w:p>
        </w:tc>
      </w:tr>
      <w:tr>
        <w:tc>
          <w:tcPr>
            <w:tcW w:type="dxa" w:w="4986"/>
            <w:tcBorders>
              <w:top w:val="nil"/>
              <w:left w:val="nil"/>
              <w:bottom w:val="nil"/>
              <w:right w:val="nil"/>
              <w:insideH w:val="nil"/>
              <w:insideV w:val="nil"/>
            </w:tcBorders>
          </w:tcPr>
          <w:p>
            <w:pPr>
              <w:jc w:val="center"/>
            </w:pPr>
            <w:r>
              <w:br/>
              <w:br/>
              <w:t>Unterschrift: ____________________________</w:t>
            </w:r>
          </w:p>
        </w:tc>
        <w:tc>
          <w:tcPr>
            <w:tcW w:type="dxa" w:w="4986"/>
            <w:tcBorders>
              <w:top w:val="nil"/>
              <w:left w:val="nil"/>
              <w:bottom w:val="nil"/>
              <w:right w:val="nil"/>
              <w:insideH w:val="nil"/>
              <w:insideV w:val="nil"/>
            </w:tcBorders>
          </w:tcPr>
          <w:p>
            <w:pPr>
              <w:jc w:val="center"/>
            </w:pPr>
            <w:r>
              <w:br/>
              <w:br/>
              <w:t>Unterschrift: 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https://verkehr-experte.com/abtretungserklarung-kfz-glasschaden/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abtretungserklarung-kfz-glasschaden/"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