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ABTRETUNGSERKLÄRUNG KFZ</w:t>
      </w:r>
    </w:p>
    <w:p/>
    <w:p/>
    <w:p>
      <w:r>
        <w:rPr>
          <w:b/>
          <w:sz w:val="20"/>
        </w:rPr>
        <w:t>Abtretender (Zedent):</w:t>
      </w:r>
    </w:p>
    <w:p>
      <w:r>
        <w:rPr>
          <w:b w:val="0"/>
          <w:sz w:val="20"/>
        </w:rPr>
        <w:t>Name: _____________________________________________________________</w:t>
      </w:r>
    </w:p>
    <w:p>
      <w:r>
        <w:rPr>
          <w:b w:val="0"/>
          <w:sz w:val="20"/>
        </w:rPr>
        <w:t>Anschrift: _________________________________________________________</w:t>
      </w:r>
    </w:p>
    <w:p>
      <w:r>
        <w:rPr>
          <w:b w:val="0"/>
          <w:sz w:val="20"/>
        </w:rPr>
        <w:t>Geburtsdatum: _____________________________________________________</w:t>
      </w:r>
    </w:p>
    <w:p/>
    <w:p>
      <w:r>
        <w:rPr>
          <w:b/>
          <w:sz w:val="20"/>
        </w:rPr>
        <w:t>Abtretungsempfänger (Zessionar):</w:t>
      </w:r>
    </w:p>
    <w:p>
      <w:r>
        <w:rPr>
          <w:b w:val="0"/>
          <w:sz w:val="20"/>
        </w:rPr>
        <w:t>Name: _____________________________________________________________</w:t>
      </w:r>
    </w:p>
    <w:p>
      <w:r>
        <w:rPr>
          <w:b w:val="0"/>
          <w:sz w:val="20"/>
        </w:rPr>
        <w:t>Anschrift: _________________________________________________________</w:t>
      </w:r>
    </w:p>
    <w:p/>
    <w:p>
      <w:r>
        <w:rPr>
          <w:b/>
          <w:sz w:val="20"/>
        </w:rPr>
        <w:t>Fahrzeugdaten:</w:t>
      </w:r>
    </w:p>
    <w:p>
      <w:r>
        <w:rPr>
          <w:b w:val="0"/>
          <w:sz w:val="20"/>
        </w:rPr>
        <w:t>Hersteller / Marke: _______________________________________________</w:t>
      </w:r>
    </w:p>
    <w:p>
      <w:r>
        <w:rPr>
          <w:b w:val="0"/>
          <w:sz w:val="20"/>
        </w:rPr>
        <w:t>Typ / Modell: _____________________________________________________</w:t>
      </w:r>
    </w:p>
    <w:p>
      <w:r>
        <w:rPr>
          <w:b w:val="0"/>
          <w:sz w:val="20"/>
        </w:rPr>
        <w:t>Fahrzeug-Identifizierungsnummer (FIN): ____________________________</w:t>
      </w:r>
    </w:p>
    <w:p>
      <w:r>
        <w:rPr>
          <w:b w:val="0"/>
          <w:sz w:val="20"/>
        </w:rPr>
        <w:t>Amtliches Kennzeichen: ____________________________________________</w:t>
      </w:r>
    </w:p>
    <w:p/>
    <w:p>
      <w:r>
        <w:rPr>
          <w:b/>
          <w:sz w:val="20"/>
        </w:rPr>
        <w:t>§ 1 – Abtretung</w:t>
      </w:r>
    </w:p>
    <w:p>
      <w:r>
        <w:rPr>
          <w:b w:val="0"/>
          <w:sz w:val="20"/>
        </w:rPr>
        <w:t>Der Abtretende tritt hiermit alle seine Rechte, Ansprüche und Forderungen bezüglich des oben genannten Kraftfahrzeugs an den Abtretungsempfänger ab. Dies umfasst insbesondere Ansprüche aus Kaufvertrag, Gewährleistung, und sonstige Rechte, die im Zusammenhang mit dem Fahrzeug stehen.</w:t>
      </w:r>
    </w:p>
    <w:p/>
    <w:p>
      <w:r>
        <w:rPr>
          <w:b/>
          <w:sz w:val="20"/>
        </w:rPr>
        <w:t>§ 2 – Zustand und Vollständigkeit</w:t>
      </w:r>
    </w:p>
    <w:p>
      <w:r>
        <w:rPr>
          <w:b w:val="0"/>
          <w:sz w:val="20"/>
        </w:rPr>
        <w:t>Der Abtretende versichert, dass er rechtmäßiger Eigentümer des Fahrzeugs ist und das Fahrzeug frei von Rechten Dritter ist, sofern diese nicht im Kaufvertrag oder anderweitig vereinbart wurden.</w:t>
      </w:r>
    </w:p>
    <w:p/>
    <w:p>
      <w:r>
        <w:rPr>
          <w:b/>
          <w:sz w:val="20"/>
        </w:rPr>
        <w:t>§ 3 – Haftungsausschluss</w:t>
      </w:r>
    </w:p>
    <w:p>
      <w:r>
        <w:rPr>
          <w:b w:val="0"/>
          <w:sz w:val="20"/>
        </w:rPr>
        <w:t>Mit der Abtretung übernimmt der Abtretungsempfänger sämtliche Rechte und Pflichten im Zusammenhang mit dem Fahrzeug. Der Abtretende haftet nicht für zukünftige Sach- oder Rechtsmängel, soweit gesetzlich zulässig.</w:t>
      </w:r>
    </w:p>
    <w:p/>
    <w:p>
      <w:r>
        <w:rPr>
          <w:b/>
          <w:sz w:val="20"/>
        </w:rPr>
        <w:t>§ 4 – Sonstige Vereinbarungen</w:t>
      </w:r>
    </w:p>
    <w:p>
      <w:r>
        <w:rPr>
          <w:b w:val="0"/>
          <w:sz w:val="20"/>
        </w:rPr>
        <w:t>Weitere individuelle Vereinbarungen zwischen den Parteien können hier eingefügt werden:</w:t>
      </w:r>
    </w:p>
    <w:p>
      <w:r>
        <w:rPr>
          <w:b w:val="0"/>
          <w:sz w:val="20"/>
        </w:rPr>
        <w:t>_________________________________________________________________</w:t>
      </w:r>
    </w:p>
    <w:p>
      <w:r>
        <w:rPr>
          <w:b w:val="0"/>
          <w:sz w:val="20"/>
        </w:rPr>
        <w:t>_________________________________________________________________</w:t>
      </w:r>
    </w:p>
    <w:p>
      <w:r>
        <w:rPr>
          <w:b w:val="0"/>
          <w:sz w:val="20"/>
        </w:rPr>
        <w:t>_________________________________________________________________</w:t>
      </w:r>
    </w:p>
    <w:p/>
    <w:p/>
    <w:p>
      <w:r>
        <w:rPr>
          <w:b w:val="0"/>
          <w:sz w:val="20"/>
        </w:rPr>
        <w:t>Ort: _______________________________________________________________</w:t>
      </w:r>
    </w:p>
    <w:p>
      <w:r>
        <w:rPr>
          <w:b w:val="0"/>
          <w:sz w:val="20"/>
        </w:rPr>
        <w:t>Datum: 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rPr>
                <w:sz w:val="20"/>
              </w:rPr>
              <w:t>Abtretender (Zedent)</w:t>
            </w:r>
          </w:p>
        </w:tc>
        <w:tc>
          <w:tcPr>
            <w:tcW w:type="dxa" w:w="4986"/>
            <w:tcBorders>
              <w:top w:val="nil"/>
              <w:left w:val="nil"/>
              <w:bottom w:val="nil"/>
              <w:right w:val="nil"/>
              <w:insideH w:val="nil"/>
              <w:insideV w:val="nil"/>
            </w:tcBorders>
          </w:tcPr>
          <w:p>
            <w:pPr>
              <w:jc w:val="center"/>
            </w:pPr>
            <w:r>
              <w:rPr>
                <w:sz w:val="20"/>
              </w:rPr>
              <w:t>Abtretungsempfänger (Zessionar)</w:t>
            </w:r>
          </w:p>
        </w:tc>
      </w:tr>
      <w:tr>
        <w:tc>
          <w:tcPr>
            <w:tcW w:type="dxa" w:w="4986"/>
            <w:tcBorders>
              <w:top w:val="nil"/>
              <w:left w:val="nil"/>
              <w:bottom w:val="nil"/>
              <w:right w:val="nil"/>
              <w:insideH w:val="nil"/>
              <w:insideV w:val="nil"/>
            </w:tcBorders>
          </w:tcPr>
          <w:p>
            <w:pPr>
              <w:jc w:val="center"/>
            </w:pPr>
            <w:r>
              <w:rPr>
                <w:sz w:val="20"/>
              </w:rPr>
              <w:br/>
              <w:br/>
              <w:t>Unterschrift: _______________________________</w:t>
            </w:r>
          </w:p>
        </w:tc>
        <w:tc>
          <w:tcPr>
            <w:tcW w:type="dxa" w:w="4986"/>
            <w:tcBorders>
              <w:top w:val="nil"/>
              <w:left w:val="nil"/>
              <w:bottom w:val="nil"/>
              <w:right w:val="nil"/>
              <w:insideH w:val="nil"/>
              <w:insideV w:val="nil"/>
            </w:tcBorders>
          </w:tcPr>
          <w:p>
            <w:pPr>
              <w:jc w:val="center"/>
            </w:pPr>
            <w:r>
              <w:rPr>
                <w:sz w:val="20"/>
              </w:rPr>
              <w:br/>
              <w:br/>
              <w:t>Unterschrift: _______________________________</w:t>
            </w:r>
          </w:p>
        </w:tc>
      </w:tr>
      <w:tr>
        <w:tc>
          <w:tcPr>
            <w:tcW w:type="dxa" w:w="4986"/>
            <w:tcBorders>
              <w:top w:val="nil"/>
              <w:left w:val="nil"/>
              <w:bottom w:val="nil"/>
              <w:right w:val="nil"/>
              <w:insideH w:val="nil"/>
              <w:insideV w:val="nil"/>
            </w:tcBorders>
          </w:tcPr>
          <w:p>
            <w:pPr>
              <w:jc w:val="center"/>
            </w:pPr>
            <w:r>
              <w:rPr>
                <w:sz w:val="20"/>
              </w:rPr>
              <w:t>Name (in Druckbuchstaben): __________________</w:t>
            </w:r>
          </w:p>
        </w:tc>
        <w:tc>
          <w:tcPr>
            <w:tcW w:type="dxa" w:w="4986"/>
            <w:tcBorders>
              <w:top w:val="nil"/>
              <w:left w:val="nil"/>
              <w:bottom w:val="nil"/>
              <w:right w:val="nil"/>
              <w:insideH w:val="nil"/>
              <w:insideV w:val="nil"/>
            </w:tcBorders>
          </w:tcPr>
          <w:p>
            <w:pPr>
              <w:jc w:val="center"/>
            </w:pPr>
            <w:r>
              <w:rPr>
                <w:sz w:val="20"/>
              </w:rPr>
              <w:t>Name (in Druckbuchstaben): __________________</w:t>
            </w:r>
          </w:p>
        </w:tc>
      </w:tr>
    </w:tbl>
    <w:p>
      <w:r>
        <w:br w:type="page"/>
      </w:r>
    </w:p>
    <w:p>
      <w:pPr>
        <w:jc w:val="center"/>
      </w:pPr>
      <w:r>
        <w:rPr>
          <w:color w:val="555555"/>
          <w:sz w:val="24"/>
        </w:rPr>
        <w:t>Originalquelle dieses Dokuments:</w:t>
      </w:r>
    </w:p>
    <w:p>
      <w:pPr>
        <w:jc w:val="center"/>
      </w:pPr>
      <w:hyperlink r:id="rId9">
        <w:r>
          <w:rPr>
            <w:color w:val="0000FF"/>
            <w:u w:val="single"/>
          </w:rPr>
          <w:t>https://verkehr-experte.com/abtretungserklarung-kfz/</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https://verkehr-experte.com</w:t>
        </w:r>
      </w:hyperlink>
    </w:p>
    <w:p>
      <w:pPr>
        <w:jc w:val="center"/>
      </w:pPr>
      <w:r>
        <w:rPr>
          <w:color w:val="808080"/>
          <w:sz w:val="20"/>
        </w:rPr>
        <w:t>Diese Vorlage ist ausschließlich für den persönlichen, nicht kommerziellen Gebrauch bestimmt.</w:t>
        <w:br/>
        <w:t>Bei Weitergabe oder Veröffentlichung ist die Nennung der Quelle verpflichtend. © verkehr-experte.com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verkehr-experte.com/abtretungserklarung-kfz/" TargetMode="External"/><Relationship Id="rId10" Type="http://schemas.openxmlformats.org/officeDocument/2006/relationships/hyperlink" Target="https://verkehr-exper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