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ABTRETUNGSERKLÄRUNG WINDschutzscheibe</w:t>
      </w:r>
    </w:p>
    <w:p/>
    <w:p/>
    <w:p>
      <w:r>
        <w:rPr>
          <w:b/>
          <w:sz w:val="22"/>
        </w:rPr>
        <w:t>Abtretender (Eigentümer / Verkäufer):</w:t>
      </w:r>
    </w:p>
    <w:p>
      <w:r>
        <w:rPr>
          <w:b w:val="0"/>
          <w:sz w:val="22"/>
        </w:rPr>
        <w:t>Name: _____________________________________________________________</w:t>
      </w:r>
    </w:p>
    <w:p>
      <w:r>
        <w:rPr>
          <w:b w:val="0"/>
          <w:sz w:val="22"/>
        </w:rPr>
        <w:t>Anschrift: ________________________________________________________</w:t>
      </w:r>
    </w:p>
    <w:p/>
    <w:p>
      <w:r>
        <w:rPr>
          <w:b/>
          <w:sz w:val="22"/>
        </w:rPr>
        <w:t>Abtretungsempfänger (Käufer / Erwerber):</w:t>
      </w:r>
    </w:p>
    <w:p>
      <w:r>
        <w:rPr>
          <w:b w:val="0"/>
          <w:sz w:val="22"/>
        </w:rPr>
        <w:t>Name: _____________________________________________________________</w:t>
      </w:r>
    </w:p>
    <w:p>
      <w:r>
        <w:rPr>
          <w:b w:val="0"/>
          <w:sz w:val="22"/>
        </w:rPr>
        <w:t>Anschrift: ________________________________________________________</w:t>
      </w:r>
    </w:p>
    <w:p/>
    <w:p>
      <w:r>
        <w:rPr>
          <w:b/>
          <w:sz w:val="22"/>
        </w:rPr>
        <w:t>Fahrzeugdaten:</w:t>
      </w:r>
    </w:p>
    <w:p>
      <w:r>
        <w:rPr>
          <w:b w:val="0"/>
          <w:sz w:val="22"/>
        </w:rPr>
        <w:t>Fahrzeughersteller: _______________________________________________</w:t>
      </w:r>
    </w:p>
    <w:p>
      <w:r>
        <w:rPr>
          <w:b w:val="0"/>
          <w:sz w:val="22"/>
        </w:rPr>
        <w:t>Modell: ___________________________________________________________</w:t>
      </w:r>
    </w:p>
    <w:p>
      <w:r>
        <w:rPr>
          <w:b w:val="0"/>
          <w:sz w:val="22"/>
        </w:rPr>
        <w:t>Fahrzeug-Identifizierungsnummer (FIN): ____________________________</w:t>
      </w:r>
    </w:p>
    <w:p/>
    <w:p>
      <w:r>
        <w:rPr>
          <w:b/>
          <w:sz w:val="22"/>
        </w:rPr>
        <w:t>Beschreibung der abgetretenen Windschutzscheibe:</w:t>
      </w:r>
    </w:p>
    <w:p>
      <w:r>
        <w:rPr>
          <w:b w:val="0"/>
          <w:sz w:val="22"/>
        </w:rPr>
        <w:t>Hersteller / Marke: ________________________________________________</w:t>
      </w:r>
    </w:p>
    <w:p>
      <w:r>
        <w:rPr>
          <w:b w:val="0"/>
          <w:sz w:val="22"/>
        </w:rPr>
        <w:t>Typ / Modell: ______________________________________________________</w:t>
      </w:r>
    </w:p>
    <w:p>
      <w:r>
        <w:rPr>
          <w:b w:val="0"/>
          <w:sz w:val="22"/>
        </w:rPr>
        <w:t>Seriennummer / Identifikationsnummer (falls vorhanden): ______________</w:t>
      </w:r>
    </w:p>
    <w:p>
      <w:r>
        <w:rPr>
          <w:b w:val="0"/>
          <w:sz w:val="22"/>
        </w:rPr>
        <w:t>Zustand: ___________________________________________________________</w:t>
      </w:r>
    </w:p>
    <w:p/>
    <w:p>
      <w:r>
        <w:rPr>
          <w:b/>
          <w:sz w:val="22"/>
        </w:rPr>
        <w:t>§ 1 – Abtretung der Ansprüche</w:t>
      </w:r>
    </w:p>
    <w:p>
      <w:r>
        <w:rPr>
          <w:b w:val="0"/>
          <w:sz w:val="22"/>
        </w:rPr>
        <w:t>Der Abtretende tritt hiermit sämtliche Ansprüche, Rechte und Forderungen im Zusammenhang mit der Windschutzscheibe des oben genannten Fahrzeugs an den Abtretungsempfänger ab. Dies umfasst insbesondere Ansprüche aus Garantie, Gewährleistung, Rückgabe, Ersatz oder Schadensersatz gegenüber Dritten.</w:t>
      </w:r>
    </w:p>
    <w:p/>
    <w:p>
      <w:r>
        <w:rPr>
          <w:b/>
          <w:sz w:val="22"/>
        </w:rPr>
        <w:t>§ 2 – Rechtswirksamkeit</w:t>
      </w:r>
    </w:p>
    <w:p>
      <w:r>
        <w:rPr>
          <w:b w:val="0"/>
          <w:sz w:val="22"/>
        </w:rPr>
        <w:t>Die Abtretung erfolgt rechtswirksam und unwiderruflich. Der Abtretungsempfänger ist berechtigt, sämtliche Rechte in eigenem Namen geltend zu machen.</w:t>
      </w:r>
    </w:p>
    <w:p/>
    <w:p>
      <w:r>
        <w:rPr>
          <w:b/>
          <w:sz w:val="22"/>
        </w:rPr>
        <w:t>§ 3 – Sonstige Vereinbarungen</w:t>
      </w:r>
    </w:p>
    <w:p>
      <w:r>
        <w:rPr>
          <w:b w:val="0"/>
          <w:sz w:val="22"/>
        </w:rPr>
        <w:t>Weitere Vereinbarungen, die zwischen den Parteien getroffen wurden, sind hier einzutragen:</w:t>
      </w:r>
    </w:p>
    <w:p>
      <w:r>
        <w:rPr>
          <w:b w:val="0"/>
          <w:sz w:val="22"/>
        </w:rPr>
        <w:t>______________________________________________________________________</w:t>
      </w:r>
    </w:p>
    <w:p>
      <w:r>
        <w:rPr>
          <w:b w:val="0"/>
          <w:sz w:val="22"/>
        </w:rPr>
        <w:t>______________________________________________________________________</w:t>
      </w:r>
    </w:p>
    <w:p>
      <w:r>
        <w:rPr>
          <w:b w:val="0"/>
          <w:sz w:val="22"/>
        </w:rPr>
        <w:t>______________________________________________________________________</w:t>
      </w:r>
    </w:p>
    <w:p/>
    <w:p>
      <w:r>
        <w:rPr>
          <w:b/>
          <w:sz w:val="22"/>
        </w:rPr>
        <w:t>§ 4 – Salvatorische Klausel</w:t>
      </w:r>
    </w:p>
    <w:p>
      <w:r>
        <w:rPr>
          <w:b w:val="0"/>
          <w:sz w:val="22"/>
        </w:rPr>
        <w:t>Sollten einzelne Bestimmungen dieser Abtretungserklärung unwirksam oder undurchführbar sein, so wird dadurch die Wirksamkeit der übrigen Bestimmungen nicht berührt. Die unwirksame Bestimmung ist durch eine wirksame zu ersetzen, die dem wirtschaftlichen Zweck am nächsten kommt.</w:t>
      </w:r>
    </w:p>
    <w:p/>
    <w:p/>
    <w:p>
      <w:r>
        <w:rPr>
          <w:b w:val="0"/>
          <w:sz w:val="22"/>
        </w:rPr>
        <w:t>Ort: _________________________________________________________________</w:t>
      </w:r>
    </w:p>
    <w:p>
      <w:r>
        <w:rPr>
          <w:b w:val="0"/>
          <w:sz w:val="22"/>
        </w:rPr>
        <w:t>Datum: 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Abtretender</w:t>
            </w:r>
          </w:p>
        </w:tc>
        <w:tc>
          <w:tcPr>
            <w:tcW w:type="dxa" w:w="4986"/>
            <w:tcBorders>
              <w:top w:val="nil"/>
              <w:left w:val="nil"/>
              <w:bottom w:val="nil"/>
              <w:right w:val="nil"/>
              <w:insideH w:val="nil"/>
              <w:insideV w:val="nil"/>
            </w:tcBorders>
          </w:tcPr>
          <w:p>
            <w:pPr>
              <w:jc w:val="center"/>
            </w:pPr>
            <w:r>
              <w:t>Abtretungsempfänger</w:t>
            </w:r>
          </w:p>
        </w:tc>
      </w:tr>
      <w:tr>
        <w:tc>
          <w:tcPr>
            <w:tcW w:type="dxa" w:w="4986"/>
            <w:tcBorders>
              <w:top w:val="nil"/>
              <w:left w:val="nil"/>
              <w:bottom w:val="nil"/>
              <w:right w:val="nil"/>
              <w:insideH w:val="nil"/>
              <w:insideV w:val="nil"/>
            </w:tcBorders>
          </w:tcPr>
          <w:p>
            <w:pPr>
              <w:jc w:val="center"/>
            </w:pPr>
            <w:r>
              <w:br/>
              <w:br/>
              <w:t>Unterschrift: _________________________</w:t>
            </w:r>
          </w:p>
        </w:tc>
        <w:tc>
          <w:tcPr>
            <w:tcW w:type="dxa" w:w="4986"/>
            <w:tcBorders>
              <w:top w:val="nil"/>
              <w:left w:val="nil"/>
              <w:bottom w:val="nil"/>
              <w:right w:val="nil"/>
              <w:insideH w:val="nil"/>
              <w:insideV w:val="nil"/>
            </w:tcBorders>
          </w:tcPr>
          <w:p>
            <w:pPr>
              <w:jc w:val="center"/>
            </w:pPr>
            <w:r>
              <w:br/>
              <w:br/>
              <w:t>Unterschrift: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https://verkehr-experte.com/abtretungserklarung-windschutzscheibe/</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https://verkehr-experte.com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verkehr-experte.com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verkehr-experte.com/abtretungserklarung-windschutzscheibe/" TargetMode="External"/><Relationship Id="rId10" Type="http://schemas.openxmlformats.org/officeDocument/2006/relationships/hyperlink" Target="https://verkehr-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