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ANTRAG AUF KOSTENÜBERNAHME FÜHRERSCHEIN</w:t>
      </w:r>
    </w:p>
    <w:p/>
    <w:p/>
    <w:p>
      <w:r>
        <w:rPr>
          <w:b w:val="0"/>
          <w:sz w:val="22"/>
        </w:rPr>
        <w:t>An das Jobcenter</w:t>
      </w:r>
    </w:p>
    <w:p>
      <w:r>
        <w:rPr>
          <w:b w:val="0"/>
          <w:sz w:val="22"/>
        </w:rPr>
        <w:t>______________________________</w:t>
      </w:r>
    </w:p>
    <w:p>
      <w:r>
        <w:rPr>
          <w:b w:val="0"/>
          <w:sz w:val="22"/>
        </w:rPr>
        <w:t>______________________________</w:t>
      </w:r>
    </w:p>
    <w:p/>
    <w:p/>
    <w:p>
      <w:r>
        <w:rPr>
          <w:b/>
          <w:sz w:val="22"/>
        </w:rPr>
        <w:t>Persönliche Angaben</w:t>
      </w:r>
    </w:p>
    <w:p>
      <w:r>
        <w:rPr>
          <w:b w:val="0"/>
          <w:sz w:val="22"/>
        </w:rPr>
        <w:t>Name, Vorname: _________________________________________________</w:t>
      </w:r>
    </w:p>
    <w:p>
      <w:r>
        <w:rPr>
          <w:b w:val="0"/>
          <w:sz w:val="22"/>
        </w:rPr>
        <w:t>Geburtsdatum: ___________________________________________________</w:t>
      </w:r>
    </w:p>
    <w:p>
      <w:r>
        <w:rPr>
          <w:b w:val="0"/>
          <w:sz w:val="22"/>
        </w:rPr>
        <w:t>Anschrift: ______________________________________________________</w:t>
      </w:r>
    </w:p>
    <w:p>
      <w:r>
        <w:rPr>
          <w:b w:val="0"/>
          <w:sz w:val="22"/>
        </w:rPr>
        <w:t>Kundennummer / Aktenzeichen: ____________________________________</w:t>
      </w:r>
    </w:p>
    <w:p/>
    <w:p/>
    <w:p>
      <w:r>
        <w:rPr>
          <w:b/>
          <w:sz w:val="22"/>
        </w:rPr>
        <w:t>Betreff</w:t>
      </w:r>
    </w:p>
    <w:p>
      <w:pPr>
        <w:jc w:val="center"/>
      </w:pPr>
      <w:r>
        <w:rPr>
          <w:b/>
          <w:sz w:val="22"/>
        </w:rPr>
        <w:t>Antrag auf Übernahme der Kosten für den Führerschein (Fahrerlaubnis)</w:t>
      </w:r>
    </w:p>
    <w:p/>
    <w:p/>
    <w:p>
      <w:r>
        <w:rPr>
          <w:b w:val="0"/>
          <w:sz w:val="22"/>
        </w:rPr>
        <w:t>Sehr geehrte Damen und Herren,</w:t>
      </w:r>
    </w:p>
    <w:p/>
    <w:p>
      <w:r>
        <w:rPr>
          <w:b w:val="0"/>
          <w:sz w:val="22"/>
        </w:rPr>
        <w:t>hiermit beantrage ich die Übernahme der Kosten für den Erwerb meines Führerscheins. Die Notwendigkeit des Führerscheins ergibt sich aus meiner aktuellen beruflichen Situation und den Anforderungen des Arbeitsmarktes.</w:t>
      </w:r>
    </w:p>
    <w:p/>
    <w:p>
      <w:r>
        <w:rPr>
          <w:b/>
          <w:sz w:val="22"/>
        </w:rPr>
        <w:t>Begründung</w:t>
      </w:r>
    </w:p>
    <w:p>
      <w:r>
        <w:rPr>
          <w:b w:val="0"/>
          <w:sz w:val="22"/>
        </w:rPr>
        <w:t>Der Führerschein ist für mich erforderlich, um eine Arbeitsstelle aufnehmen zu können bzw. meine Chancen auf dem Arbeitsmarkt zu verbessern. Ohne diese Fahrerlaubnis ist es mir nicht möglich, die zumutbaren Arbeitsangebote wahrzunehmen oder an Qualifizierungsmaßnahmen teilzunehmen.</w:t>
      </w:r>
    </w:p>
    <w:p/>
    <w:p>
      <w:r>
        <w:rPr>
          <w:b/>
          <w:sz w:val="22"/>
        </w:rPr>
        <w:t>Bisheriger Werdegang und Bemühungen</w:t>
      </w:r>
    </w:p>
    <w:p>
      <w:r>
        <w:rPr>
          <w:b w:val="0"/>
          <w:sz w:val="22"/>
        </w:rPr>
        <w:t>Ich habe mich intensiv um eine Arbeitsstelle bemüht und alle zumutbaren Angebote geprüft. Die Mobilität durch den Führerschein ist für meine berufliche Eingliederung essenziell.</w:t>
      </w:r>
    </w:p>
    <w:p/>
    <w:p>
      <w:r>
        <w:rPr>
          <w:b/>
          <w:sz w:val="22"/>
        </w:rPr>
        <w:t>Beiliegende Unterlagen</w:t>
      </w:r>
    </w:p>
    <w:p>
      <w:r>
        <w:rPr>
          <w:b w:val="0"/>
          <w:sz w:val="22"/>
        </w:rPr>
        <w:t>- Nachweis der Notwendigkeit (z.B. Einladung zum Vorstellungsgespräch, Ausbildungsplatzangebot)</w:t>
      </w:r>
    </w:p>
    <w:p>
      <w:r>
        <w:rPr>
          <w:b w:val="0"/>
          <w:sz w:val="22"/>
        </w:rPr>
        <w:t>- Kostenvoranschlag oder Gebührenübersicht der Fahrschule</w:t>
      </w:r>
    </w:p>
    <w:p>
      <w:r>
        <w:rPr>
          <w:b w:val="0"/>
          <w:sz w:val="22"/>
        </w:rPr>
        <w:t>- Persönliche Erklärung zur finanziellen Situation</w:t>
      </w:r>
    </w:p>
    <w:p/>
    <w:p/>
    <w:p>
      <w:r>
        <w:rPr>
          <w:b/>
          <w:sz w:val="22"/>
        </w:rPr>
        <w:t>Rechtsgrundlage</w:t>
      </w:r>
    </w:p>
    <w:p>
      <w:r>
        <w:rPr>
          <w:b w:val="0"/>
          <w:sz w:val="22"/>
        </w:rPr>
        <w:t>Gemäß § 16 Abs. 1 SGB II kann das Jobcenter notwendige Kosten der beruflichen Weiterbildung einschließlich der Kosten für den Erwerb eines Führerscheins übernehmen, wenn dies die Eingliederung in Arbeit fördert.</w:t>
      </w:r>
    </w:p>
    <w:p/>
    <w:p/>
    <w:p>
      <w:r>
        <w:rPr>
          <w:b w:val="0"/>
          <w:sz w:val="22"/>
        </w:rPr>
        <w:t>Ich versichere, dass ich alle Angaben wahrheitsgemäß gemacht habe und die beantragten Leistungen ausschließlich für den Führerscheinerwerb verwendet werden.</w:t>
      </w:r>
    </w:p>
    <w:p/>
    <w:p/>
    <w:p/>
    <w:p>
      <w:r>
        <w:rPr>
          <w:b w:val="0"/>
          <w:sz w:val="22"/>
        </w:rPr>
        <w:t>Ort: _____________________________________    Datum: _____________________________________</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 Antragsteller/in:</w:t>
            </w:r>
          </w:p>
        </w:tc>
      </w:tr>
      <w:tr>
        <w:tc>
          <w:tcPr>
            <w:tcW w:type="dxa" w:w="9972"/>
            <w:tcBorders>
              <w:top w:val="nil"/>
              <w:left w:val="nil"/>
              <w:bottom w:val="nil"/>
              <w:right w:val="nil"/>
              <w:insideH w:val="nil"/>
              <w:insideV w:val="nil"/>
            </w:tcBorders>
          </w:tcPr>
          <w:p>
            <w:pPr>
              <w:jc w:val="left"/>
            </w:pPr>
            <w:r>
              <w:br/>
              <w:b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https://verkehr-experte.com/antrag-kostenubernahme-fuhrerschein-jobcenter/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antrag-kostenubernahme-fuhrerschein-jobcenter/"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