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ANZAHLUNGSVEREINBARUNG ZUM KAUF EINES KRAFTFAHRZEUGS</w:t>
      </w:r>
    </w:p>
    <w:p/>
    <w:p/>
    <w:p>
      <w:r>
        <w:rPr>
          <w:b/>
          <w:sz w:val="22"/>
        </w:rPr>
        <w:t>Verkäufer:</w:t>
      </w:r>
    </w:p>
    <w:p>
      <w:r>
        <w:rPr>
          <w:b w:val="0"/>
          <w:sz w:val="22"/>
        </w:rPr>
        <w:t>Name: ________________________________________________________________</w:t>
      </w:r>
    </w:p>
    <w:p>
      <w:r>
        <w:rPr>
          <w:b w:val="0"/>
          <w:sz w:val="22"/>
        </w:rPr>
        <w:t>Anschrift: ____________________________________________________________</w:t>
      </w:r>
    </w:p>
    <w:p/>
    <w:p>
      <w:r>
        <w:rPr>
          <w:b/>
          <w:sz w:val="22"/>
        </w:rPr>
        <w:t>Käufer:</w:t>
      </w:r>
    </w:p>
    <w:p>
      <w:r>
        <w:rPr>
          <w:b w:val="0"/>
          <w:sz w:val="22"/>
        </w:rPr>
        <w:t>Name: ________________________________________________________________</w:t>
      </w:r>
    </w:p>
    <w:p>
      <w:r>
        <w:rPr>
          <w:b w:val="0"/>
          <w:sz w:val="22"/>
        </w:rPr>
        <w:t>Anschrift: ____________________________________________________________</w:t>
      </w:r>
    </w:p>
    <w:p/>
    <w:p>
      <w:r>
        <w:rPr>
          <w:b/>
          <w:sz w:val="22"/>
        </w:rPr>
        <w:t>Fahrzeug:</w:t>
      </w:r>
    </w:p>
    <w:p>
      <w:r>
        <w:rPr>
          <w:b w:val="0"/>
          <w:sz w:val="22"/>
        </w:rPr>
        <w:t>Hersteller / Marke: __________________________________________________</w:t>
      </w:r>
    </w:p>
    <w:p>
      <w:r>
        <w:rPr>
          <w:b w:val="0"/>
          <w:sz w:val="22"/>
        </w:rPr>
        <w:t>Modell: ______________________________________________________________</w:t>
      </w:r>
    </w:p>
    <w:p>
      <w:r>
        <w:rPr>
          <w:b w:val="0"/>
          <w:sz w:val="22"/>
        </w:rPr>
        <w:t>Fahrgestellnummer (VIN): ______________________________________________</w:t>
      </w:r>
    </w:p>
    <w:p>
      <w:r>
        <w:rPr>
          <w:b w:val="0"/>
          <w:sz w:val="22"/>
        </w:rPr>
        <w:t>Amtliches Kennzeichen: ________________________________________________</w:t>
      </w:r>
    </w:p>
    <w:p/>
    <w:p>
      <w:r>
        <w:rPr>
          <w:b/>
          <w:sz w:val="22"/>
        </w:rPr>
        <w:t>Kaufpreis:</w:t>
      </w:r>
    </w:p>
    <w:p>
      <w:r>
        <w:rPr>
          <w:b w:val="0"/>
          <w:sz w:val="22"/>
        </w:rPr>
        <w:t>Gesamtpreis: __________________________ EUR</w:t>
      </w:r>
    </w:p>
    <w:p>
      <w:r>
        <w:rPr>
          <w:b w:val="0"/>
          <w:sz w:val="22"/>
        </w:rPr>
        <w:t>Anzahlung (wird auf den Kaufpreis angerechnet): _____________________ EUR</w:t>
      </w:r>
    </w:p>
    <w:p/>
    <w:p>
      <w:r>
        <w:rPr>
          <w:b/>
          <w:sz w:val="22"/>
        </w:rPr>
        <w:t>§ 1 – Anzahlung und Kaufvertrag</w:t>
      </w:r>
    </w:p>
    <w:p>
      <w:r>
        <w:rPr>
          <w:b w:val="0"/>
          <w:sz w:val="22"/>
        </w:rPr>
        <w:t>Der Käufer leistet an den Verkäufer eine Anzahlung in Höhe der oben genannten Summe. Diese Anzahlung ist Teil des Kaufpreises und wird bei vollständiger Zahlung angerechnet. Mit Leistung der Anzahlung wird ein verbindlicher Kaufvertrag über das oben beschriebene Kraftfahrzeug geschlossen.</w:t>
      </w:r>
    </w:p>
    <w:p/>
    <w:p>
      <w:r>
        <w:rPr>
          <w:b/>
          <w:sz w:val="22"/>
        </w:rPr>
        <w:t>§ 2 – Rücktritt und Rückerstattung</w:t>
      </w:r>
    </w:p>
    <w:p>
      <w:r>
        <w:rPr>
          <w:b w:val="0"/>
          <w:sz w:val="22"/>
        </w:rPr>
        <w:t>Tritt der Käufer nach Leistung der Anzahlung vom Kaufvertrag zurück, ist die Anzahlung als pauschaler Schadensersatz vom Verkäufer einbehalten, soweit kein höherer Schaden nachgewiesen wird. Tritt der Verkäufer zurück, ist die Anzahlung unverzüglich vollständig zurückzuzahlen.</w:t>
      </w:r>
    </w:p>
    <w:p/>
    <w:p>
      <w:r>
        <w:rPr>
          <w:b/>
          <w:sz w:val="22"/>
        </w:rPr>
        <w:t>§ 3 – Übergabe und Zahlung des Restbetrags</w:t>
      </w:r>
    </w:p>
    <w:p>
      <w:r>
        <w:rPr>
          <w:b w:val="0"/>
          <w:sz w:val="22"/>
        </w:rPr>
        <w:t>Die Übergabe des Fahrzeugs erfolgt nach vollständiger Zahlung des Kaufpreises. Der Käufer verpflichtet sich, den restlichen Kaufpreis bis spätestens zum Übergabetermin zu zahlen.</w:t>
      </w:r>
    </w:p>
    <w:p/>
    <w:p>
      <w:r>
        <w:rPr>
          <w:b/>
          <w:sz w:val="22"/>
        </w:rPr>
        <w:t>§ 4 – Sonstige Vereinbarungen</w:t>
      </w:r>
    </w:p>
    <w:p>
      <w:r>
        <w:rPr>
          <w:b w:val="0"/>
          <w:sz w:val="22"/>
        </w:rPr>
        <w:t>Weitere Vereinbarungen zwischen den Parteien: __________________________________________________________________________</w:t>
        <w:br/>
        <w:t>__________________________________________________________________________</w:t>
      </w:r>
    </w:p>
    <w:p/>
    <w:p/>
    <w:p>
      <w:r>
        <w:rPr>
          <w:b/>
          <w:sz w:val="22"/>
        </w:rPr>
        <w:t>§ 5 – Schlussbestimmungen</w:t>
      </w:r>
    </w:p>
    <w:p>
      <w:r>
        <w:rPr>
          <w:b w:val="0"/>
          <w:sz w:val="22"/>
        </w:rPr>
        <w:t>Diese Vereinbarung tritt mit Unterzeichnung durch beide Parteien in Kraft. Sie wird in zwei gleichlautenden Ausfertigungen erstellt, von denen jede Partei eine erhält.</w:t>
      </w:r>
    </w:p>
    <w:p/>
    <w:p/>
    <w:p/>
    <w:p>
      <w:r>
        <w:rPr>
          <w:b w:val="0"/>
          <w:sz w:val="22"/>
        </w:rPr>
        <w:t>Ort: _____________________________________________</w:t>
      </w:r>
    </w:p>
    <w:p>
      <w:r>
        <w:rPr>
          <w:b w:val="0"/>
          <w:sz w:val="22"/>
        </w:rPr>
        <w:t>Datum: ___________________________________________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Verkäufer</w:t>
            </w:r>
          </w:p>
        </w:tc>
        <w:tc>
          <w:tcPr>
            <w:tcW w:type="dxa" w:w="4986"/>
            <w:tcBorders>
              <w:top w:val="nil"/>
              <w:left w:val="nil"/>
              <w:bottom w:val="nil"/>
              <w:right w:val="nil"/>
              <w:insideH w:val="nil"/>
              <w:insideV w:val="nil"/>
            </w:tcBorders>
          </w:tcPr>
          <w:p>
            <w:pPr>
              <w:jc w:val="center"/>
            </w:pPr>
            <w:r>
              <w:t>Käufer</w:t>
            </w:r>
          </w:p>
        </w:tc>
      </w:tr>
      <w:tr>
        <w:tc>
          <w:tcPr>
            <w:tcW w:type="dxa" w:w="4986"/>
            <w:tcBorders>
              <w:top w:val="nil"/>
              <w:left w:val="nil"/>
              <w:bottom w:val="nil"/>
              <w:right w:val="nil"/>
              <w:insideH w:val="nil"/>
              <w:insideV w:val="nil"/>
            </w:tcBorders>
          </w:tcPr>
          <w:p>
            <w:pPr>
              <w:jc w:val="center"/>
            </w:pPr>
            <w:r>
              <w:br/>
              <w:br/>
              <w:t>Unterschrift: ______________________________</w:t>
            </w:r>
          </w:p>
        </w:tc>
        <w:tc>
          <w:tcPr>
            <w:tcW w:type="dxa" w:w="4986"/>
            <w:tcBorders>
              <w:top w:val="nil"/>
              <w:left w:val="nil"/>
              <w:bottom w:val="nil"/>
              <w:right w:val="nil"/>
              <w:insideH w:val="nil"/>
              <w:insideV w:val="nil"/>
            </w:tcBorders>
          </w:tcPr>
          <w:p>
            <w:pPr>
              <w:jc w:val="center"/>
            </w:pPr>
            <w:r>
              <w:br/>
              <w:br/>
              <w:t>Unterschrift: ______________________________</w:t>
            </w:r>
          </w:p>
        </w:tc>
      </w:tr>
      <w:tr>
        <w:tc>
          <w:tcPr>
            <w:tcW w:type="dxa" w:w="4986"/>
            <w:tcBorders>
              <w:top w:val="nil"/>
              <w:left w:val="nil"/>
              <w:bottom w:val="nil"/>
              <w:right w:val="nil"/>
              <w:insideH w:val="nil"/>
              <w:insideV w:val="nil"/>
            </w:tcBorders>
          </w:tcPr>
          <w:p>
            <w:pPr>
              <w:jc w:val="center"/>
            </w:pPr>
            <w:r>
              <w:t>Name in Druckbuchstaben: ___________________</w:t>
            </w:r>
          </w:p>
        </w:tc>
        <w:tc>
          <w:tcPr>
            <w:tcW w:type="dxa" w:w="4986"/>
            <w:tcBorders>
              <w:top w:val="nil"/>
              <w:left w:val="nil"/>
              <w:bottom w:val="nil"/>
              <w:right w:val="nil"/>
              <w:insideH w:val="nil"/>
              <w:insideV w:val="nil"/>
            </w:tcBorders>
          </w:tcPr>
          <w:p>
            <w:pPr>
              <w:jc w:val="center"/>
            </w:pPr>
            <w:r>
              <w:t>Name in Druckbuchstaben: ___________________</w:t>
            </w:r>
          </w:p>
        </w:tc>
      </w:tr>
    </w:tbl>
    <w:p>
      <w:r>
        <w:br w:type="page"/>
      </w:r>
    </w:p>
    <w:p>
      <w:pPr>
        <w:jc w:val="center"/>
      </w:pPr>
      <w:r>
        <w:rPr>
          <w:color w:val="555555"/>
          <w:sz w:val="24"/>
        </w:rPr>
        <w:t>Originalquelle dieses Dokuments:</w:t>
      </w:r>
    </w:p>
    <w:p>
      <w:pPr>
        <w:jc w:val="center"/>
      </w:pPr>
      <w:hyperlink r:id="rId9">
        <w:r>
          <w:rPr>
            <w:color w:val="0000FF"/>
            <w:u w:val="single"/>
          </w:rPr>
          <w:t>https://verkehr-experte.com/anzahlung-autokauf/</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https://verkehr-experte.com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verkehr-experte.com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erkehr-experte.com/anzahlung-autokauf/" TargetMode="External"/><Relationship Id="rId10" Type="http://schemas.openxmlformats.org/officeDocument/2006/relationships/hyperlink" Target="https://verkehr-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