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BEGRÜNDUNG DER NOTWENDIGKEIT EINER FÜHRERSCHEINERTEILUNG</w:t>
      </w:r>
    </w:p>
    <w:p/>
    <w:p/>
    <w:p>
      <w:r>
        <w:rPr>
          <w:b/>
          <w:sz w:val="22"/>
        </w:rPr>
        <w:t>1. Angaben zum Antragsteller: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Vorname:</w:t>
      </w:r>
    </w:p>
    <w:p>
      <w:r>
        <w:rPr>
          <w:b w:val="0"/>
          <w:sz w:val="22"/>
        </w:rPr>
        <w:t>Geburtsdatum:</w:t>
      </w:r>
    </w:p>
    <w:p>
      <w:r>
        <w:rPr>
          <w:b w:val="0"/>
          <w:sz w:val="22"/>
        </w:rPr>
        <w:t>Adresse:</w:t>
      </w:r>
    </w:p>
    <w:p/>
    <w:p>
      <w:r>
        <w:rPr>
          <w:b/>
          <w:sz w:val="22"/>
        </w:rPr>
        <w:t>2. Zuständige Behörde:</w:t>
      </w:r>
    </w:p>
    <w:p>
      <w:r>
        <w:rPr>
          <w:b w:val="0"/>
          <w:sz w:val="22"/>
        </w:rPr>
        <w:t>Name der Führerscheinstelle:</w:t>
      </w:r>
    </w:p>
    <w:p>
      <w:r>
        <w:rPr>
          <w:b w:val="0"/>
          <w:sz w:val="22"/>
        </w:rPr>
        <w:t>Adresse:</w:t>
      </w:r>
    </w:p>
    <w:p/>
    <w:p>
      <w:r>
        <w:rPr>
          <w:b/>
          <w:sz w:val="22"/>
        </w:rPr>
        <w:t>3. Sachverhalt und Begründung:</w:t>
      </w:r>
    </w:p>
    <w:p>
      <w:r>
        <w:rPr>
          <w:b w:val="0"/>
          <w:sz w:val="22"/>
        </w:rPr>
        <w:t>Hiermit begründe ich die Notwendigkeit der Erteilung eines Führerscheins unter Berücksichtigung meiner persönlichen, beruflichen und/oder gesundheitlichen Situation. Diese Begründung dient der rechtlichen Absicherung und der Prüfung durch die zuständige Behörde.</w:t>
      </w:r>
    </w:p>
    <w:p/>
    <w:p>
      <w:r>
        <w:rPr>
          <w:b/>
          <w:sz w:val="22"/>
        </w:rPr>
        <w:t>3.1 Persönliche Gründe:</w:t>
      </w:r>
    </w:p>
    <w:p>
      <w:r>
        <w:rPr>
          <w:b w:val="0"/>
          <w:sz w:val="22"/>
        </w:rPr>
        <w:t>Beschreiben Sie hier, warum der Führerschein für Ihre persönliche Mobilität erforderlich ist. Beispielsweise zur Erledigung von Alltagspflichten, Betreuung von Angehörigen, Teilnahme am sozialen Leben oder zur Wahrnehmung medizinischer Termine.</w:t>
      </w:r>
    </w:p>
    <w:p/>
    <w:p>
      <w:r>
        <w:rPr>
          <w:b/>
          <w:sz w:val="22"/>
        </w:rPr>
        <w:t>3.2 Berufliche Gründe:</w:t>
      </w:r>
    </w:p>
    <w:p>
      <w:r>
        <w:rPr>
          <w:b w:val="0"/>
          <w:sz w:val="22"/>
        </w:rPr>
        <w:t>Erläutern Sie, warum der Besitz eines Führerscheins für Ihre berufliche Tätigkeit notwendig ist. Dies kann die Erreichbarkeit des Arbeitsplatzes, dienstliche Fahrten oder selbständige Tätigkeiten betreffen.</w:t>
      </w:r>
    </w:p>
    <w:p/>
    <w:p>
      <w:r>
        <w:rPr>
          <w:b/>
          <w:sz w:val="22"/>
        </w:rPr>
        <w:t>3.3 Gesundheitliche Aspekte:</w:t>
      </w:r>
    </w:p>
    <w:p>
      <w:r>
        <w:rPr>
          <w:b w:val="0"/>
          <w:sz w:val="22"/>
        </w:rPr>
        <w:t>Führen Sie hier gesundheitliche Voraussetzungen oder Einschränkungen an, die für die Erteilung des Führerscheins relevant sind. Geben Sie an, ob ärztliche Gutachten oder Nachweise vorliegen bzw. beigelegt werden.</w:t>
      </w:r>
    </w:p>
    <w:p/>
    <w:p>
      <w:r>
        <w:rPr>
          <w:b/>
          <w:sz w:val="22"/>
        </w:rPr>
        <w:t>4. Rechtliche Grundlagen:</w:t>
      </w:r>
    </w:p>
    <w:p>
      <w:r>
        <w:rPr>
          <w:b w:val="0"/>
          <w:sz w:val="22"/>
        </w:rPr>
        <w:t>Die Erteilung eines Führerscheins erfolgt gemäß den Vorschriften der Fahrerlaubnis-Verordnung (FeV) und des Straßenverkehrsgesetzes (StVG). Diese Begründung dient der Prüfung der persönlichen Eignung und der Notwendigkeit im Sinne der §§ 2, 11 FeV.</w:t>
      </w:r>
    </w:p>
    <w:p/>
    <w:p>
      <w:r>
        <w:rPr>
          <w:b/>
          <w:sz w:val="22"/>
        </w:rPr>
        <w:t>5. Erklärung:</w:t>
      </w:r>
    </w:p>
    <w:p>
      <w:r>
        <w:rPr>
          <w:b w:val="0"/>
          <w:sz w:val="22"/>
        </w:rPr>
        <w:t>Ich versichere, dass die vorstehenden Angaben vollständig und wahrheitsgemäß sind. Mir ist bekannt, dass falsche oder unvollständige Angaben rechtliche Konsequenzen nach sich ziehen können.</w:t>
      </w:r>
    </w:p>
    <w:p/>
    <w:p/>
    <w:p>
      <w:r>
        <w:rPr>
          <w:b w:val="0"/>
          <w:sz w:val="22"/>
        </w:rPr>
        <w:t>Ort:</w:t>
      </w:r>
    </w:p>
    <w:p>
      <w:r>
        <w:rPr>
          <w:b w:val="0"/>
          <w:sz w:val="22"/>
        </w:rPr>
        <w:t>Datum: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Antragsteller/in: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https://verkehr-experte.com/begrundung-notwendigkeit-fuhrerschein/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https://verkehr-experte.com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verkehr-experte.com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kehr-experte.com/begrundung-notwendigkeit-fuhrerschein/" TargetMode="External"/><Relationship Id="rId10" Type="http://schemas.openxmlformats.org/officeDocument/2006/relationships/hyperlink" Target="https://verkehr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