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MELDUNG BEHINDERTER KOFFERSCHAEDEN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Name / Firma:</w:t>
      </w:r>
    </w:p>
    <w:p>
      <w:r>
        <w:rPr>
          <w:b w:val="0"/>
          <w:sz w:val="22"/>
        </w:rPr>
        <w:t>Anschrift:</w:t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Meldung eines beschädigten Koffers bei Gepäckbeförderung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möchte ich Sie über einen Schaden an meinem Gepäckstück informieren, das ich im Rahmen meiner Reise befördert habe.</w:t>
      </w:r>
    </w:p>
    <w:p/>
    <w:p>
      <w:r>
        <w:rPr>
          <w:b w:val="0"/>
          <w:sz w:val="22"/>
        </w:rPr>
        <w:t>Reisedaten:</w:t>
      </w:r>
    </w:p>
    <w:p>
      <w:r>
        <w:rPr>
          <w:b w:val="0"/>
          <w:sz w:val="22"/>
        </w:rPr>
        <w:t>Flugnummer / Zugnummer / Beförderungsmittel:</w:t>
      </w:r>
    </w:p>
    <w:p>
      <w:r>
        <w:rPr>
          <w:b w:val="0"/>
          <w:sz w:val="22"/>
        </w:rPr>
        <w:t>Datum der Beförderung:</w:t>
      </w:r>
    </w:p>
    <w:p>
      <w:r>
        <w:rPr>
          <w:b w:val="0"/>
          <w:sz w:val="22"/>
        </w:rPr>
        <w:t>Abflug- / Abfahrtsort:</w:t>
      </w:r>
    </w:p>
    <w:p>
      <w:r>
        <w:rPr>
          <w:b w:val="0"/>
          <w:sz w:val="22"/>
        </w:rPr>
        <w:t>Zielort:</w:t>
      </w:r>
    </w:p>
    <w:p/>
    <w:p>
      <w:r>
        <w:rPr>
          <w:b w:val="0"/>
          <w:sz w:val="22"/>
        </w:rPr>
        <w:t>Beschreibung des Gepäcks:</w:t>
      </w:r>
    </w:p>
    <w:p>
      <w:r>
        <w:rPr>
          <w:b w:val="0"/>
          <w:sz w:val="22"/>
        </w:rPr>
        <w:t>Art des Gepäcks (z.B. Koffer, Tasche):</w:t>
      </w:r>
    </w:p>
    <w:p>
      <w:r>
        <w:rPr>
          <w:b w:val="0"/>
          <w:sz w:val="22"/>
        </w:rPr>
        <w:t>Farbe / Marke / ggf. Seriennummer:</w:t>
      </w:r>
    </w:p>
    <w:p/>
    <w:p>
      <w:r>
        <w:rPr>
          <w:b w:val="0"/>
          <w:sz w:val="22"/>
        </w:rPr>
        <w:t>Beschreibung des Schadens:</w:t>
      </w:r>
    </w:p>
    <w:p>
      <w:r>
        <w:rPr>
          <w:b w:val="0"/>
          <w:sz w:val="22"/>
        </w:rPr>
        <w:t>Art und Umfang des Schadens:</w:t>
      </w:r>
    </w:p>
    <w:p/>
    <w:p>
      <w:r>
        <w:rPr>
          <w:b w:val="0"/>
          <w:sz w:val="22"/>
        </w:rPr>
        <w:t>Ich bitte um Prüfung und Regulierung des Schadens gemäß den geltenden Beförderungsbedingungen und gesetzlichen Vorschriften.</w:t>
      </w:r>
    </w:p>
    <w:p/>
    <w:p>
      <w:r>
        <w:rPr>
          <w:b w:val="0"/>
          <w:sz w:val="22"/>
        </w:rPr>
        <w:t>Beigefügte Unterlagen (bitte ankreuzen):</w:t>
      </w:r>
    </w:p>
    <w:p>
      <w:r>
        <w:rPr>
          <w:b w:val="0"/>
          <w:sz w:val="22"/>
        </w:rPr>
        <w:t>□ Schadensbericht am Flughafen / Bahnhof</w:t>
      </w:r>
    </w:p>
    <w:p>
      <w:r>
        <w:rPr>
          <w:b w:val="0"/>
          <w:sz w:val="22"/>
        </w:rPr>
        <w:t>□ Fotos des Schadens</w:t>
      </w:r>
    </w:p>
    <w:p>
      <w:r>
        <w:rPr>
          <w:b w:val="0"/>
          <w:sz w:val="22"/>
        </w:rPr>
        <w:t>□ Kaufbeleg des Gepäcks</w:t>
      </w:r>
    </w:p>
    <w:p>
      <w:r>
        <w:rPr>
          <w:b w:val="0"/>
          <w:sz w:val="22"/>
        </w:rPr>
        <w:t>□ Gepäckabschnitt / Gepäckschein</w:t>
      </w:r>
    </w:p>
    <w:p/>
    <w:p>
      <w:r>
        <w:rPr>
          <w:b w:val="0"/>
          <w:sz w:val="22"/>
        </w:rPr>
        <w:t>Ich bitte um eine schriftliche Bestätigung des Eingangs dieser Meldung sowie um eine zeitnahe Rückmeldung bezüglich der weiteren Vorgehensweise.</w:t>
      </w:r>
    </w:p>
    <w:p/>
    <w:p>
      <w:r>
        <w:rPr>
          <w:b w:val="0"/>
          <w:sz w:val="22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Ort: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Datum: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Unterschrift Absender: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Unterschrift Empfänger (bei Übergabe):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https://verkehr-experte.com/brief-koffer-beschadigt/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brief-koffer-beschadigt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