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FALSCHPARKER - ABMAHNUNG</w:t>
      </w:r>
    </w:p>
    <w:p/>
    <w:p/>
    <w:p>
      <w:r>
        <w:rPr>
          <w:b w:val="0"/>
          <w:sz w:val="20"/>
        </w:rPr>
        <w:t>Sehr geehrte(r) Fahrzeughalter(in),</w:t>
      </w:r>
    </w:p>
    <w:p/>
    <w:p>
      <w:r>
        <w:rPr>
          <w:b w:val="0"/>
          <w:sz w:val="20"/>
        </w:rPr>
        <w:t>Ihr Fahrzeug wurde an einer nicht zulässigen Stelle abgestellt. Dieses Verhalten stellt einen Verstoß gegen die Straßenverkehrsordnung (StVO) dar und kann mit einem Bußgeld belegt werden. Hiermit erhalten Sie diese offizielle Abmahnung.</w:t>
      </w:r>
    </w:p>
    <w:p/>
    <w:p/>
    <w:p>
      <w:r>
        <w:rPr>
          <w:b/>
          <w:sz w:val="20"/>
        </w:rPr>
        <w:t>Tatbestand:</w:t>
      </w:r>
    </w:p>
    <w:p>
      <w:r>
        <w:rPr>
          <w:b w:val="0"/>
          <w:sz w:val="20"/>
        </w:rPr>
        <w:t>Fahrzeugkennzeichen: ________________________________________________</w:t>
      </w:r>
    </w:p>
    <w:p>
      <w:r>
        <w:rPr>
          <w:b w:val="0"/>
          <w:sz w:val="20"/>
        </w:rPr>
        <w:t>Marke / Typ des Fahrzeugs: __________________________________________</w:t>
      </w:r>
    </w:p>
    <w:p>
      <w:r>
        <w:rPr>
          <w:b w:val="0"/>
          <w:sz w:val="20"/>
        </w:rPr>
        <w:t>Ort der Parkverstöße: ________________________________________________</w:t>
      </w:r>
    </w:p>
    <w:p>
      <w:r>
        <w:rPr>
          <w:b w:val="0"/>
          <w:sz w:val="20"/>
        </w:rPr>
        <w:t>Datum / Uhrzeit des Parkens: _________________________________________</w:t>
      </w:r>
    </w:p>
    <w:p/>
    <w:p>
      <w:r>
        <w:rPr>
          <w:b/>
          <w:sz w:val="20"/>
        </w:rPr>
        <w:t>Rechtsgrundlage:</w:t>
      </w:r>
    </w:p>
    <w:p>
      <w:r>
        <w:rPr>
          <w:b w:val="0"/>
          <w:sz w:val="20"/>
        </w:rPr>
        <w:t>Gemäß § 12 Absatz 1 und 2 der Straßenverkehrsordnung (StVO) ist das Parken an bestimmten Stellen verboten, insbesondere an engen oder unübersichtlichen Stellen, auf Gehwegen oder in Bereichen mit Parkverboten. Das Abstellen Ihres Fahrzeugs an dem oben genannten Ort stellt daher eine Ordnungswidrigkeit dar.</w:t>
      </w:r>
    </w:p>
    <w:p/>
    <w:p>
      <w:r>
        <w:rPr>
          <w:b/>
          <w:sz w:val="20"/>
        </w:rPr>
        <w:t>Folgen:</w:t>
      </w:r>
    </w:p>
    <w:p>
      <w:r>
        <w:rPr>
          <w:b w:val="0"/>
          <w:sz w:val="20"/>
        </w:rPr>
        <w:t>Für das widerrechtliche Parken droht ein Bußgeld gemäß Bußgeldkatalog. Zusätzlich behalten wir uns vor, weitere rechtliche Schritte einzuleiten, einschließlich der Weitergabe an zuständige Behörden oder Abschleppen des Fahrzeugs auf Ihre Kosten.</w:t>
      </w:r>
    </w:p>
    <w:p/>
    <w:p/>
    <w:p>
      <w:r>
        <w:rPr>
          <w:b/>
          <w:sz w:val="20"/>
        </w:rPr>
        <w:t>Hinweise:</w:t>
      </w:r>
    </w:p>
    <w:p>
      <w:r>
        <w:rPr>
          <w:b w:val="0"/>
          <w:sz w:val="20"/>
        </w:rPr>
        <w:t>Bitte stellen Sie Ihr Fahrzeug zukünftig ordnungsgemäß ab, um weitere Sanktionen zu vermeiden. Sollten Sie Fragen oder Einwände haben, können Sie sich schriftlich an die untenstehende Kontaktadresse wenden.</w:t>
      </w:r>
    </w:p>
    <w:p/>
    <w:p/>
    <w:p>
      <w:r>
        <w:rPr>
          <w:b/>
          <w:sz w:val="20"/>
        </w:rPr>
        <w:t>Kontakt für Rückfragen:</w:t>
      </w:r>
    </w:p>
    <w:p>
      <w:r>
        <w:rPr>
          <w:b w:val="0"/>
          <w:sz w:val="20"/>
        </w:rPr>
        <w:t>Name / Institution: _________________________________________________</w:t>
      </w:r>
    </w:p>
    <w:p>
      <w:r>
        <w:rPr>
          <w:b w:val="0"/>
          <w:sz w:val="20"/>
        </w:rPr>
        <w:t>Adresse: ___________________________________________________________</w:t>
      </w:r>
    </w:p>
    <w:p>
      <w:r>
        <w:rPr>
          <w:b w:val="0"/>
          <w:sz w:val="20"/>
        </w:rPr>
        <w:t>Telefon: ___________________________________________________________</w:t>
      </w:r>
    </w:p>
    <w:p>
      <w:r>
        <w:rPr>
          <w:b w:val="0"/>
          <w:sz w:val="20"/>
        </w:rPr>
        <w:t>E-Mail: ____________________________________________________________</w:t>
      </w:r>
    </w:p>
    <w:p/>
    <w:p/>
    <w:p>
      <w:r>
        <w:rPr>
          <w:b w:val="0"/>
          <w:sz w:val="20"/>
        </w:rPr>
        <w:t>Ort: ____________________________    Datum: 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Aussteller der Abmahnung</w:t>
            </w:r>
          </w:p>
        </w:tc>
        <w:tc>
          <w:tcPr>
            <w:tcW w:type="dxa" w:w="4986"/>
            <w:tcBorders>
              <w:top w:val="nil"/>
              <w:left w:val="nil"/>
              <w:bottom w:val="nil"/>
              <w:right w:val="nil"/>
              <w:insideH w:val="nil"/>
              <w:insideV w:val="nil"/>
            </w:tcBorders>
          </w:tcPr>
          <w:p>
            <w:pPr>
              <w:jc w:val="center"/>
            </w:pPr>
            <w:r>
              <w:t>Fahrzeughalter / Empfänger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https://verkehr-experte.com/falschparker-zettel/</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falschparker-zettel/"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