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FORMLOSER ANTRAG STELLPLATZ</w:t>
      </w:r>
    </w:p>
    <w:p/>
    <w:p/>
    <w:p>
      <w:r>
        <w:rPr>
          <w:b/>
          <w:sz w:val="22"/>
        </w:rPr>
        <w:t>Antragsteller</w:t>
      </w:r>
    </w:p>
    <w:p>
      <w:r>
        <w:rPr>
          <w:b w:val="0"/>
          <w:sz w:val="22"/>
        </w:rPr>
        <w:t>Name:</w:t>
      </w:r>
    </w:p>
    <w:p>
      <w:r>
        <w:rPr>
          <w:b w:val="0"/>
          <w:sz w:val="22"/>
        </w:rPr>
        <w:t>Anschrift:</w:t>
      </w:r>
    </w:p>
    <w:p>
      <w:r>
        <w:rPr>
          <w:b w:val="0"/>
          <w:sz w:val="22"/>
        </w:rPr>
        <w:t>Telefonnummer:</w:t>
      </w:r>
    </w:p>
    <w:p>
      <w:r>
        <w:rPr>
          <w:b w:val="0"/>
          <w:sz w:val="22"/>
        </w:rPr>
        <w:t>E-Mail:</w:t>
      </w:r>
    </w:p>
    <w:p/>
    <w:p>
      <w:r>
        <w:rPr>
          <w:b/>
          <w:sz w:val="22"/>
        </w:rPr>
        <w:t>Objekt / Grundstück</w:t>
      </w:r>
    </w:p>
    <w:p>
      <w:r>
        <w:rPr>
          <w:b w:val="0"/>
          <w:sz w:val="22"/>
        </w:rPr>
        <w:t>Adresse des Grundstücks:</w:t>
      </w:r>
    </w:p>
    <w:p/>
    <w:p>
      <w:r>
        <w:rPr>
          <w:b/>
          <w:sz w:val="22"/>
        </w:rPr>
        <w:t>Antrag</w:t>
      </w:r>
    </w:p>
    <w:p>
      <w:r>
        <w:rPr>
          <w:b w:val="0"/>
          <w:sz w:val="22"/>
        </w:rPr>
        <w:t>Hiermit beantrage ich die Zuweisung eines Stellplatzes auf dem oben genannten Grundstück. Ich versichere, dass ich die Stellplatzordnung und die geltenden Vorschriften einhalte und die Nutzung ausschließlich für mein Fahrzeug erfolgt.</w:t>
      </w:r>
    </w:p>
    <w:p/>
    <w:p>
      <w:r>
        <w:rPr>
          <w:b/>
          <w:sz w:val="22"/>
        </w:rPr>
        <w:t>Rechtsgrundlage</w:t>
      </w:r>
    </w:p>
    <w:p>
      <w:r>
        <w:rPr>
          <w:b w:val="0"/>
          <w:sz w:val="22"/>
        </w:rPr>
        <w:t>Dieser Antrag erfolgt gemäß den Bestimmungen des jeweiligen Bebauungsplans, der Stellplatzsatzung sowie den geltenden kommunalen Vorschriften.</w:t>
      </w:r>
    </w:p>
    <w:p/>
    <w:p>
      <w:r>
        <w:rPr>
          <w:b/>
          <w:sz w:val="22"/>
        </w:rPr>
        <w:t>Erklärung</w:t>
      </w:r>
    </w:p>
    <w:p>
      <w:r>
        <w:rPr>
          <w:b w:val="0"/>
          <w:sz w:val="22"/>
        </w:rPr>
        <w:t>Mir ist bekannt, dass bei Nichtbeachtung der Nutzungsbedingungen der Stellplatz entzogen werden kann.</w:t>
      </w:r>
    </w:p>
    <w:p/>
    <w:p/>
    <w:p>
      <w:r>
        <w:rPr>
          <w:b w:val="0"/>
          <w:sz w:val="22"/>
        </w:rPr>
        <w:t>Ort: ____________________________________________</w:t>
      </w:r>
    </w:p>
    <w:p>
      <w:r>
        <w:rPr>
          <w:b w:val="0"/>
          <w:sz w:val="22"/>
        </w:rPr>
        <w:t>Unterschrift: 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Verwaltung</w:t>
            </w:r>
          </w:p>
        </w:tc>
        <w:tc>
          <w:tcPr>
            <w:tcW w:type="dxa" w:w="4986"/>
            <w:tcBorders>
              <w:top w:val="nil"/>
              <w:left w:val="nil"/>
              <w:bottom w:val="nil"/>
              <w:right w:val="nil"/>
              <w:insideH w:val="nil"/>
              <w:insideV w:val="nil"/>
            </w:tcBorders>
          </w:tcPr>
          <w:p>
            <w:pPr>
              <w:jc w:val="center"/>
            </w:pPr>
            <w:r>
              <w:t>Antragsteller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https://verkehr-experte.com/formloser-antrag-stellplatz/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formloser-antrag-stellplatz/"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