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Formloser Antrag</w:t>
      </w:r>
    </w:p>
    <w:p>
      <w:pPr>
        <w:jc w:val="center"/>
      </w:pPr>
      <w:r>
        <w:rPr>
          <w:b/>
          <w:sz w:val="24"/>
        </w:rPr>
        <w:t>Verlängerung der Zulassung für rote Kennzeichen</w:t>
      </w:r>
    </w:p>
    <w:p/>
    <w:p/>
    <w:p>
      <w:r>
        <w:rPr>
          <w:b w:val="0"/>
          <w:sz w:val="22"/>
        </w:rPr>
        <w:t>An die Zulassungsstelle</w:t>
      </w:r>
    </w:p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_________________________________________</w:t>
      </w:r>
    </w:p>
    <w:p/>
    <w:p/>
    <w:p>
      <w:r>
        <w:rPr>
          <w:b w:val="0"/>
          <w:sz w:val="22"/>
        </w:rPr>
        <w:t>Absender:</w:t>
      </w:r>
    </w:p>
    <w:p>
      <w:r>
        <w:rPr>
          <w:b w:val="0"/>
          <w:sz w:val="22"/>
        </w:rPr>
        <w:t>Name / Firma: ________________________________________________</w:t>
      </w:r>
    </w:p>
    <w:p>
      <w:r>
        <w:rPr>
          <w:b w:val="0"/>
          <w:sz w:val="22"/>
        </w:rPr>
        <w:t>Straße, Hausnummer: ___________________________________________</w:t>
      </w:r>
    </w:p>
    <w:p>
      <w:r>
        <w:rPr>
          <w:b w:val="0"/>
          <w:sz w:val="22"/>
        </w:rPr>
        <w:t>PLZ, Ort: ____________________________________________________</w:t>
      </w:r>
    </w:p>
    <w:p>
      <w:r>
        <w:rPr>
          <w:b w:val="0"/>
          <w:sz w:val="22"/>
        </w:rPr>
        <w:t>Telefon: _____________________________________________________</w:t>
      </w:r>
    </w:p>
    <w:p>
      <w:r>
        <w:rPr>
          <w:b w:val="0"/>
          <w:sz w:val="22"/>
        </w:rPr>
        <w:t>E-Mail (optional): 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Verlängerung der Zulassung für rote Kennzeichen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Verlängerung der Zulassung für folgende rote Kennzeichen gemäß §16 FZV.</w:t>
      </w:r>
    </w:p>
    <w:p/>
    <w:p/>
    <w:p>
      <w:r>
        <w:rPr>
          <w:b/>
          <w:sz w:val="22"/>
        </w:rPr>
        <w:t>Fahrzeugdaten:</w:t>
      </w:r>
    </w:p>
    <w:p>
      <w:r>
        <w:rPr>
          <w:b w:val="0"/>
          <w:sz w:val="22"/>
        </w:rPr>
        <w:t>Kennzeichen: _________________________________________________</w:t>
      </w:r>
    </w:p>
    <w:p>
      <w:r>
        <w:rPr>
          <w:b w:val="0"/>
          <w:sz w:val="22"/>
        </w:rPr>
        <w:t>Fahrzeughersteller / Typ: ______________________________________</w:t>
      </w:r>
    </w:p>
    <w:p>
      <w:r>
        <w:rPr>
          <w:b w:val="0"/>
          <w:sz w:val="22"/>
        </w:rPr>
        <w:t>Fahrgestellnummer (VIN): _______________________________________</w:t>
      </w:r>
    </w:p>
    <w:p/>
    <w:p/>
    <w:p>
      <w:r>
        <w:rPr>
          <w:b/>
          <w:sz w:val="22"/>
        </w:rPr>
        <w:t>Begründung / Verwendungszweck der roten Kennzeichenverlängerung:</w:t>
      </w:r>
    </w:p>
    <w:p>
      <w:r>
        <w:t>____________________________________________________________________________</w:t>
      </w:r>
    </w:p>
    <w:p>
      <w:r>
        <w:t>____________________________________________________________________________</w:t>
      </w:r>
    </w:p>
    <w:p>
      <w:r>
        <w:t>____________________________________________________________________________</w:t>
      </w:r>
    </w:p>
    <w:p>
      <w:r>
        <w:t>____________________________________________________________________________</w:t>
      </w:r>
    </w:p>
    <w:p>
      <w:r>
        <w:t>____________________________________________________________________________</w:t>
      </w:r>
    </w:p>
    <w:p/>
    <w:p/>
    <w:p>
      <w:r>
        <w:rPr>
          <w:b w:val="0"/>
          <w:sz w:val="22"/>
        </w:rPr>
        <w:t>Ich versichere, dass das rote Kennzeichen ausschließlich für Prüfungs-, Überführungs- oder Probefahrten verwendet wird und alle gesetzlichen Voraussetzungen erfüllt sind.</w:t>
      </w:r>
    </w:p>
    <w:p/>
    <w:p/>
    <w:p>
      <w:r>
        <w:rPr>
          <w:b w:val="0"/>
          <w:sz w:val="22"/>
        </w:rPr>
        <w:t>Ort: ___________________________________    Datum: 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Unterschrift Antragsteller / Firmenstempel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br/>
              <w:t>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https://verkehr-experte.com/formloser-antrag-verlangerung-rote-kennzeichen/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formloser-antrag-verlangerung-rote-kennzeiche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