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FRIST SETZEN – ABMAHNUNG</w:t>
      </w:r>
    </w:p>
    <w:p/>
    <w:p/>
    <w:p>
      <w:r>
        <w:rPr>
          <w:b/>
          <w:sz w:val="22"/>
        </w:rPr>
        <w:t>Name und Anschrift des Empfängers: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r>
        <w:rPr>
          <w:b/>
          <w:sz w:val="22"/>
        </w:rPr>
        <w:t>Name und Anschrift des Absenders: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Fristsetzung zur Erfüllung der vertraglichen Verpflichtungen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setze ich Ihnen gemäß § 323 BGB eine angemessene Frist zur Erfüllung folgender Verpflichtung(en):</w:t>
      </w:r>
    </w:p>
    <w:p/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r>
        <w:rPr>
          <w:b/>
          <w:sz w:val="22"/>
        </w:rPr>
        <w:t>Die Frist zur Erfüllung dieser Verpflichtung(en) endet am: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r>
        <w:rPr>
          <w:b w:val="0"/>
          <w:sz w:val="22"/>
        </w:rPr>
        <w:t>Sollte die Verpflichtung bis zum Ablauf dieser Frist nicht erfüllt sein, behalte ich mir vor, rechtliche Schritte einzuleiten bzw. vom Vertrag zurückzutreten.</w:t>
      </w:r>
    </w:p>
    <w:p/>
    <w:p/>
    <w:p>
      <w:r>
        <w:rPr>
          <w:b w:val="0"/>
          <w:sz w:val="22"/>
        </w:rPr>
        <w:t>Bitte betrachten Sie dieses Schreiben als letzte außergerichtliche Aufforderung zur Vertragserfüllung.</w:t>
      </w:r>
    </w:p>
    <w:p/>
    <w:p/>
    <w:p/>
    <w:p>
      <w:r>
        <w:rPr>
          <w:b w:val="0"/>
          <w:sz w:val="22"/>
        </w:rPr>
        <w:t>Ort: 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https://verkehr-experte.com/frist-setzen-formulierung/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frist-setzen-formulierung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