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ABGABE DES FÜHRERSCHEINS PER EINSCHREIBEN</w:t>
      </w:r>
    </w:p>
    <w:p/>
    <w:p/>
    <w:p>
      <w:r>
        <w:rPr>
          <w:b/>
          <w:sz w:val="22"/>
        </w:rPr>
        <w:t>Absender:</w:t>
      </w:r>
    </w:p>
    <w:p>
      <w:r>
        <w:rPr>
          <w:b w:val="0"/>
          <w:sz w:val="22"/>
        </w:rPr>
        <w:t>Name: ______________________________________________________________</w:t>
      </w:r>
    </w:p>
    <w:p>
      <w:r>
        <w:rPr>
          <w:b w:val="0"/>
          <w:sz w:val="22"/>
        </w:rPr>
        <w:t>Anschrift: __________________________________________________________</w:t>
      </w:r>
    </w:p>
    <w:p>
      <w:r>
        <w:rPr>
          <w:b w:val="0"/>
          <w:sz w:val="22"/>
        </w:rPr>
        <w:t>Geburtsdatum: ______________________________________________________</w:t>
      </w:r>
    </w:p>
    <w:p/>
    <w:p>
      <w:r>
        <w:rPr>
          <w:b/>
          <w:sz w:val="22"/>
        </w:rPr>
        <w:t>Empfänger:</w:t>
      </w:r>
    </w:p>
    <w:p>
      <w:r>
        <w:rPr>
          <w:b w:val="0"/>
          <w:sz w:val="22"/>
        </w:rPr>
        <w:t>Straßenverkehrsamt / Führerscheinstelle</w:t>
      </w:r>
    </w:p>
    <w:p>
      <w:r>
        <w:rPr>
          <w:b w:val="0"/>
          <w:sz w:val="22"/>
        </w:rPr>
        <w:t>Name / Bezeichnung: _________________________________________________</w:t>
      </w:r>
    </w:p>
    <w:p>
      <w:r>
        <w:rPr>
          <w:b w:val="0"/>
          <w:sz w:val="22"/>
        </w:rPr>
        <w:t>Anschrift: __________________________________________________________</w:t>
      </w:r>
    </w:p>
    <w:p/>
    <w:p>
      <w:r>
        <w:rPr>
          <w:b/>
          <w:sz w:val="22"/>
        </w:rPr>
        <w:t>Betreff:</w:t>
      </w:r>
    </w:p>
    <w:p>
      <w:r>
        <w:rPr>
          <w:b w:val="0"/>
          <w:sz w:val="22"/>
        </w:rPr>
        <w:t>Abgabe meines Führerscheins gemäß § 25 Abs. 2 Straßenverkehrsgesetz (StVG)</w:t>
      </w:r>
    </w:p>
    <w:p/>
    <w:p/>
    <w:p>
      <w:r>
        <w:rPr>
          <w:b w:val="0"/>
          <w:sz w:val="22"/>
        </w:rPr>
        <w:t>Hiermit gebe ich meinen Führerschein freiwillig ab und bestätige, dass ich ihn nicht mehr benutze. Ich nehme zur Kenntnis, dass die Abgabe des Führerscheins gemäß den gesetzlichen Vorschriften erfolgt und die Fahrerlaubnis hiermit entzogen ist bzw. ruhend gestellt wird.</w:t>
      </w:r>
    </w:p>
    <w:p/>
    <w:p>
      <w:r>
        <w:rPr>
          <w:b/>
          <w:sz w:val="22"/>
        </w:rPr>
        <w:t>Führerscheindaten:</w:t>
      </w:r>
    </w:p>
    <w:p>
      <w:r>
        <w:rPr>
          <w:b w:val="0"/>
          <w:sz w:val="22"/>
        </w:rPr>
        <w:t>Führerscheinnummer: _______________________________________________</w:t>
      </w:r>
    </w:p>
    <w:p>
      <w:r>
        <w:rPr>
          <w:b w:val="0"/>
          <w:sz w:val="22"/>
        </w:rPr>
        <w:t>Ausstellungsdatum: ________________________________________________</w:t>
      </w:r>
    </w:p>
    <w:p>
      <w:r>
        <w:rPr>
          <w:b w:val="0"/>
          <w:sz w:val="22"/>
        </w:rPr>
        <w:t>Ausstellende Behörde: _____________________________________________</w:t>
      </w:r>
    </w:p>
    <w:p/>
    <w:p>
      <w:r>
        <w:rPr>
          <w:b/>
          <w:sz w:val="22"/>
        </w:rPr>
        <w:t>Grund der Abgabe:</w:t>
      </w:r>
    </w:p>
    <w:p>
      <w:r>
        <w:rPr>
          <w:b w:val="0"/>
          <w:sz w:val="22"/>
        </w:rPr>
        <w:t>____________________________________________________________________</w:t>
      </w:r>
    </w:p>
    <w:p>
      <w:r>
        <w:rPr>
          <w:b w:val="0"/>
          <w:sz w:val="22"/>
        </w:rPr>
        <w:t>____________________________________________________________________</w:t>
      </w:r>
    </w:p>
    <w:p>
      <w:r>
        <w:rPr>
          <w:b w:val="0"/>
          <w:sz w:val="22"/>
        </w:rPr>
        <w:t>____________________________________________________________________</w:t>
      </w:r>
    </w:p>
    <w:p/>
    <w:p>
      <w:r>
        <w:rPr>
          <w:b w:val="0"/>
          <w:sz w:val="22"/>
        </w:rPr>
        <w:t>Ich bitte um schriftliche Bestätigung des Eingangs und der Abgabe meines Führerscheins.</w:t>
      </w:r>
    </w:p>
    <w:p/>
    <w:p/>
    <w:p/>
    <w:p>
      <w:r>
        <w:rPr>
          <w:b w:val="0"/>
          <w:sz w:val="22"/>
        </w:rPr>
        <w:t>Ort: ________________________________________________________________</w:t>
      </w:r>
    </w:p>
    <w:p>
      <w:r>
        <w:rPr>
          <w:b w:val="0"/>
          <w:sz w:val="22"/>
        </w:rPr>
        <w:t>Datum: ______________________________________________________________</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Unterschrift Absender</w:t>
            </w:r>
          </w:p>
        </w:tc>
      </w:tr>
      <w:tr>
        <w:tc>
          <w:tcPr>
            <w:tcW w:type="dxa" w:w="9972"/>
            <w:tcBorders>
              <w:top w:val="nil"/>
              <w:left w:val="nil"/>
              <w:bottom w:val="nil"/>
              <w:right w:val="nil"/>
              <w:insideH w:val="nil"/>
              <w:insideV w:val="nil"/>
            </w:tcBorders>
          </w:tcPr>
          <w:p>
            <w:pPr>
              <w:jc w:val="left"/>
            </w:pPr>
            <w:r>
              <w:br/>
              <w:br/>
              <w:t>_______________________________</w:t>
            </w:r>
          </w:p>
        </w:tc>
      </w:tr>
      <w:tr>
        <w:tc>
          <w:tcPr>
            <w:tcW w:type="dxa" w:w="9972"/>
            <w:tcBorders>
              <w:top w:val="nil"/>
              <w:left w:val="nil"/>
              <w:bottom w:val="nil"/>
              <w:right w:val="nil"/>
              <w:insideH w:val="nil"/>
              <w:insideV w:val="nil"/>
            </w:tcBorders>
          </w:tcPr>
          <w:p>
            <w:pPr>
              <w:jc w:val="left"/>
            </w:pPr>
            <w:r>
              <w:t>Name in Druckbuchstaben</w:t>
            </w:r>
          </w:p>
        </w:tc>
      </w:tr>
    </w:tbl>
    <w:p>
      <w:r>
        <w:br w:type="page"/>
      </w:r>
    </w:p>
    <w:p>
      <w:pPr>
        <w:jc w:val="center"/>
      </w:pPr>
      <w:r>
        <w:rPr>
          <w:color w:val="555555"/>
          <w:sz w:val="24"/>
        </w:rPr>
        <w:t>Originalquelle dieses Dokuments:</w:t>
      </w:r>
    </w:p>
    <w:p>
      <w:pPr>
        <w:jc w:val="center"/>
      </w:pPr>
      <w:hyperlink r:id="rId9">
        <w:r>
          <w:rPr>
            <w:color w:val="0000FF"/>
            <w:u w:val="single"/>
          </w:rPr>
          <w:t>https://verkehr-experte.com/fuhrerschein-abgeben-per-einschreiben/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fuhrerschein-abgeben-per-einschreiben/"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