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KAUFVERTRAG FÜR EINEN EXPORT-AUTOMOBIL</w:t>
      </w:r>
    </w:p>
    <w:p/>
    <w:p>
      <w:r>
        <w:rPr>
          <w:b/>
          <w:sz w:val="24"/>
        </w:rPr>
        <w:t>VERKÄUFER</w:t>
      </w:r>
    </w:p>
    <w:p>
      <w:r>
        <w:rPr>
          <w:b w:val="0"/>
          <w:sz w:val="20"/>
        </w:rPr>
        <w:t>Name / Firma:</w:t>
      </w:r>
    </w:p>
    <w:p>
      <w:r>
        <w:rPr>
          <w:b w:val="0"/>
          <w:sz w:val="20"/>
        </w:rPr>
        <w:t>Anschrift:</w:t>
      </w:r>
    </w:p>
    <w:p>
      <w:r>
        <w:rPr>
          <w:b w:val="0"/>
          <w:sz w:val="20"/>
        </w:rPr>
        <w:t>Telefon:</w:t>
      </w:r>
    </w:p>
    <w:p>
      <w:r>
        <w:rPr>
          <w:b w:val="0"/>
          <w:sz w:val="20"/>
        </w:rPr>
        <w:t>E-Mail:</w:t>
      </w:r>
    </w:p>
    <w:p/>
    <w:p>
      <w:r>
        <w:rPr>
          <w:b/>
          <w:sz w:val="24"/>
        </w:rPr>
        <w:t>KÄUFER</w:t>
      </w:r>
    </w:p>
    <w:p>
      <w:r>
        <w:rPr>
          <w:b w:val="0"/>
          <w:sz w:val="20"/>
        </w:rPr>
        <w:t>Name / Firma:</w:t>
      </w:r>
    </w:p>
    <w:p>
      <w:r>
        <w:rPr>
          <w:b w:val="0"/>
          <w:sz w:val="20"/>
        </w:rPr>
        <w:t>Anschrift:</w:t>
      </w:r>
    </w:p>
    <w:p>
      <w:r>
        <w:rPr>
          <w:b w:val="0"/>
          <w:sz w:val="20"/>
        </w:rPr>
        <w:t>Telefon:</w:t>
      </w:r>
    </w:p>
    <w:p>
      <w:r>
        <w:rPr>
          <w:b w:val="0"/>
          <w:sz w:val="20"/>
        </w:rPr>
        <w:t>E-Mail:</w:t>
      </w:r>
    </w:p>
    <w:p/>
    <w:p>
      <w:r>
        <w:rPr>
          <w:b/>
          <w:sz w:val="24"/>
        </w:rPr>
        <w:t>FAHRZEUGDATEN</w:t>
      </w:r>
    </w:p>
    <w:p>
      <w:r>
        <w:rPr>
          <w:b w:val="0"/>
          <w:sz w:val="20"/>
        </w:rPr>
        <w:t>Marke / Modell:</w:t>
      </w:r>
    </w:p>
    <w:p>
      <w:r>
        <w:rPr>
          <w:b w:val="0"/>
          <w:sz w:val="20"/>
        </w:rPr>
        <w:t>Fahrzeug-Identifizierungsnummer (FIN / VIN):</w:t>
      </w:r>
    </w:p>
    <w:p>
      <w:r>
        <w:rPr>
          <w:b w:val="0"/>
          <w:sz w:val="20"/>
        </w:rPr>
        <w:t>Erstzulassung:</w:t>
      </w:r>
    </w:p>
    <w:p>
      <w:r>
        <w:rPr>
          <w:b w:val="0"/>
          <w:sz w:val="20"/>
        </w:rPr>
        <w:t>Kilometerstand:</w:t>
      </w:r>
    </w:p>
    <w:p>
      <w:r>
        <w:rPr>
          <w:b w:val="0"/>
          <w:sz w:val="20"/>
        </w:rPr>
        <w:t>Farbe:</w:t>
      </w:r>
    </w:p>
    <w:p>
      <w:r>
        <w:rPr>
          <w:b w:val="0"/>
          <w:sz w:val="20"/>
        </w:rPr>
        <w:t>Hubraum:</w:t>
      </w:r>
    </w:p>
    <w:p>
      <w:r>
        <w:rPr>
          <w:b w:val="0"/>
          <w:sz w:val="20"/>
        </w:rPr>
        <w:t>Leistung (PS/kW):</w:t>
      </w:r>
    </w:p>
    <w:p>
      <w:r>
        <w:rPr>
          <w:b w:val="0"/>
          <w:sz w:val="20"/>
        </w:rPr>
        <w:t>Treibstoffart:</w:t>
      </w:r>
    </w:p>
    <w:p>
      <w:r>
        <w:rPr>
          <w:b w:val="0"/>
          <w:sz w:val="20"/>
        </w:rPr>
        <w:t>Getriebe:</w:t>
      </w:r>
    </w:p>
    <w:p/>
    <w:p>
      <w:r>
        <w:rPr>
          <w:b/>
          <w:sz w:val="24"/>
        </w:rPr>
        <w:t>KAUFGegenstand</w:t>
      </w:r>
    </w:p>
    <w:p>
      <w:r>
        <w:rPr>
          <w:b w:val="0"/>
          <w:sz w:val="20"/>
        </w:rPr>
        <w:t>Der Verkäufer verkauft dem Käufer das oben beschriebene Fahrzeug einschließlich der folgenden Zubehörteile und Dokumente:</w:t>
      </w:r>
    </w:p>
    <w:p>
      <w:r>
        <w:rPr>
          <w:b w:val="0"/>
          <w:sz w:val="20"/>
        </w:rPr>
        <w:t>- Fahrzeugpapiere (z.B. Zulassungsbescheinigung Teil I und II)</w:t>
      </w:r>
    </w:p>
    <w:p>
      <w:r>
        <w:rPr>
          <w:b w:val="0"/>
          <w:sz w:val="20"/>
        </w:rPr>
        <w:t>- Ersatzschlüssel</w:t>
      </w:r>
    </w:p>
    <w:p>
      <w:r>
        <w:rPr>
          <w:b w:val="0"/>
          <w:sz w:val="20"/>
        </w:rPr>
        <w:t>- Serviceheft / Nachweise</w:t>
      </w:r>
    </w:p>
    <w:p>
      <w:r>
        <w:rPr>
          <w:b w:val="0"/>
          <w:sz w:val="20"/>
        </w:rPr>
        <w:t>- Sonstiges:</w:t>
      </w:r>
    </w:p>
    <w:p/>
    <w:p>
      <w:r>
        <w:rPr>
          <w:b/>
          <w:sz w:val="24"/>
        </w:rPr>
        <w:t>KAUFPreis und Zahlung</w:t>
      </w:r>
    </w:p>
    <w:p>
      <w:r>
        <w:rPr>
          <w:b w:val="0"/>
          <w:sz w:val="20"/>
        </w:rPr>
        <w:t>Der Kaufpreis beträgt EUR ____________ (in Worten: ________________________________).</w:t>
      </w:r>
    </w:p>
    <w:p>
      <w:r>
        <w:rPr>
          <w:b w:val="0"/>
          <w:sz w:val="20"/>
        </w:rPr>
        <w:t>Der Kaufpreis ist wie folgt zu zahlen:</w:t>
      </w:r>
    </w:p>
    <w:p>
      <w:r>
        <w:rPr>
          <w:b w:val="0"/>
          <w:sz w:val="20"/>
        </w:rPr>
        <w:t>- Anzahlung: EUR ____________</w:t>
      </w:r>
    </w:p>
    <w:p>
      <w:r>
        <w:rPr>
          <w:b w:val="0"/>
          <w:sz w:val="20"/>
        </w:rPr>
        <w:t>- Restzahlung bei Übergabe: EUR ____________</w:t>
      </w:r>
    </w:p>
    <w:p>
      <w:r>
        <w:rPr>
          <w:b w:val="0"/>
          <w:sz w:val="20"/>
        </w:rPr>
        <w:t>Zahlungsart:</w:t>
      </w:r>
    </w:p>
    <w:p/>
    <w:p>
      <w:r>
        <w:rPr>
          <w:b/>
          <w:sz w:val="24"/>
        </w:rPr>
        <w:t>ÜBERGABE und Gefahrübergang</w:t>
      </w:r>
    </w:p>
    <w:p>
      <w:r>
        <w:rPr>
          <w:b w:val="0"/>
          <w:sz w:val="20"/>
        </w:rPr>
        <w:t>Das Fahrzeug wird am __________________ an den Käufer übergeben.</w:t>
      </w:r>
    </w:p>
    <w:p>
      <w:r>
        <w:rPr>
          <w:b w:val="0"/>
          <w:sz w:val="20"/>
        </w:rPr>
        <w:t>Mit der Übergabe gehen Nutzen und Gefahr auf den Käufer über.</w:t>
      </w:r>
    </w:p>
    <w:p/>
    <w:p>
      <w:r>
        <w:rPr>
          <w:b/>
          <w:sz w:val="24"/>
        </w:rPr>
        <w:t>GEWÄHRLeistung und Haftung</w:t>
      </w:r>
    </w:p>
    <w:p>
      <w:r>
        <w:rPr>
          <w:b w:val="0"/>
          <w:sz w:val="20"/>
        </w:rPr>
        <w:t>Das Fahrzeug wird unter Ausschluss jeglicher Gewährleistung verkauft, soweit gesetzlich zulässig.</w:t>
      </w:r>
    </w:p>
    <w:p>
      <w:r>
        <w:rPr>
          <w:b w:val="0"/>
          <w:sz w:val="20"/>
        </w:rPr>
        <w:t>Der Käufer bestätigt, das Fahrzeug besichtigt und geprüft zu haben und akzeptiert den Zustand.</w:t>
      </w:r>
    </w:p>
    <w:p/>
    <w:p>
      <w:r>
        <w:rPr>
          <w:b/>
          <w:sz w:val="24"/>
        </w:rPr>
        <w:t>EXPORTbestimmungen</w:t>
      </w:r>
    </w:p>
    <w:p>
      <w:r>
        <w:rPr>
          <w:b w:val="0"/>
          <w:sz w:val="20"/>
        </w:rPr>
        <w:t>Der Käufer übernimmt die Verantwortung für die Einhaltung aller für den Export geltenden gesetzlichen Bestimmungen, einschließlich Zoll- und Zulassungsanforderungen.</w:t>
      </w:r>
    </w:p>
    <w:p>
      <w:r>
        <w:rPr>
          <w:b w:val="0"/>
          <w:sz w:val="20"/>
        </w:rPr>
        <w:t>Der Verkäufer unterstützt den Käufer mit den notwendigen Fahrzeugpapieren für den Export.</w:t>
      </w:r>
    </w:p>
    <w:p/>
    <w:p>
      <w:r>
        <w:rPr>
          <w:b/>
          <w:sz w:val="24"/>
        </w:rPr>
        <w:t>SONSTIGE Vereinbarungen</w:t>
      </w:r>
    </w:p>
    <w:p>
      <w:r>
        <w:rPr>
          <w:b w:val="0"/>
          <w:sz w:val="20"/>
        </w:rPr>
        <w:t>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</w:t>
      </w:r>
    </w:p>
    <w:p/>
    <w:p>
      <w:r>
        <w:rPr>
          <w:b/>
          <w:sz w:val="24"/>
        </w:rPr>
        <w:t>SALVATORISCHE KLAUSEL</w:t>
      </w:r>
    </w:p>
    <w:p>
      <w:r>
        <w:rPr>
          <w:b w:val="0"/>
          <w:sz w:val="20"/>
        </w:rPr>
        <w:t>Sollten einzelne Bestimmungen dieses Vertrags unwirksam oder undurchführbar sein oder werden, so bleibt die Wirksamkeit der übrigen Bestimmungen unberührt.</w:t>
      </w:r>
    </w:p>
    <w:p/>
    <w:p>
      <w:r>
        <w:rPr>
          <w:b/>
          <w:sz w:val="24"/>
        </w:rPr>
        <w:t>GERICHTSSTAND und ANWENDBARES RECHT</w:t>
      </w:r>
    </w:p>
    <w:p>
      <w:r>
        <w:rPr>
          <w:b w:val="0"/>
          <w:sz w:val="20"/>
        </w:rPr>
        <w:t>Gerichtsstand ist der Sitz des Verkäufers, sofern gesetzlich zulässig.</w:t>
      </w:r>
    </w:p>
    <w:p>
      <w:r>
        <w:rPr>
          <w:b w:val="0"/>
          <w:sz w:val="20"/>
        </w:rPr>
        <w:t>Es gilt deutsches Recht.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VERKÄUFER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KÄUFER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Unterschrift: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Unterschrift: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https://verkehr-experte.com/kaufvertrag-auto-export/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https://verkehr-experte.com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verkehr-experte.com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kehr-experte.com/kaufvertrag-auto-export/" TargetMode="External"/><Relationship Id="rId10" Type="http://schemas.openxmlformats.org/officeDocument/2006/relationships/hyperlink" Target="https://verkehr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