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AUTO PRIVAT</w:t>
      </w:r>
    </w:p>
    <w:p/>
    <w:p>
      <w:r>
        <w:rPr>
          <w:b w:val="0"/>
          <w:sz w:val="22"/>
        </w:rPr>
        <w:t>Zwischen den nachfolgend genannten Vertragsparteien wird folgender Kaufvertrag geschlossen:</w:t>
      </w:r>
    </w:p>
    <w:p/>
    <w:p>
      <w:r>
        <w:rPr>
          <w:b/>
          <w:sz w:val="24"/>
        </w:rPr>
        <w:t>VERKÄUFER: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Adresse: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Adresse: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KAUFGegenstand:</w:t>
      </w:r>
    </w:p>
    <w:p>
      <w:r>
        <w:rPr>
          <w:b w:val="0"/>
          <w:sz w:val="20"/>
        </w:rPr>
        <w:t>Fahrzeugmarke:</w:t>
      </w:r>
    </w:p>
    <w:p>
      <w:r>
        <w:rPr>
          <w:b w:val="0"/>
          <w:sz w:val="20"/>
        </w:rPr>
        <w:t>Modell:</w:t>
      </w:r>
    </w:p>
    <w:p>
      <w:r>
        <w:rPr>
          <w:b w:val="0"/>
          <w:sz w:val="20"/>
        </w:rPr>
        <w:t>Fahrzeug-Identifizierungsnummer (FIN):</w:t>
      </w:r>
    </w:p>
    <w:p>
      <w:r>
        <w:rPr>
          <w:b w:val="0"/>
          <w:sz w:val="20"/>
        </w:rPr>
        <w:t>Erstzulassung:</w:t>
      </w:r>
    </w:p>
    <w:p>
      <w:r>
        <w:rPr>
          <w:b w:val="0"/>
          <w:sz w:val="20"/>
        </w:rPr>
        <w:t>Kilometerstand:</w:t>
      </w:r>
    </w:p>
    <w:p>
      <w:r>
        <w:rPr>
          <w:b w:val="0"/>
          <w:sz w:val="20"/>
        </w:rPr>
        <w:t>Farbe:</w:t>
      </w:r>
    </w:p>
    <w:p>
      <w:r>
        <w:rPr>
          <w:b w:val="0"/>
          <w:sz w:val="20"/>
        </w:rPr>
        <w:t>Amtliches Kennzeichen:</w:t>
      </w:r>
    </w:p>
    <w:p>
      <w:r>
        <w:rPr>
          <w:b w:val="0"/>
          <w:sz w:val="20"/>
        </w:rPr>
        <w:t>TÜV/AU gültig bis:</w:t>
      </w:r>
    </w:p>
    <w:p/>
    <w:p>
      <w:r>
        <w:rPr>
          <w:b/>
          <w:sz w:val="24"/>
        </w:rPr>
        <w:t>KAUFPREIS:</w:t>
      </w:r>
    </w:p>
    <w:p>
      <w:r>
        <w:rPr>
          <w:b w:val="0"/>
          <w:sz w:val="20"/>
        </w:rPr>
        <w:t>Der Kaufpreis beträgt EUR</w:t>
      </w:r>
    </w:p>
    <w:p>
      <w:r>
        <w:rPr>
          <w:b w:val="0"/>
          <w:sz w:val="20"/>
        </w:rPr>
        <w:t>Der Kaufpreis ist zahlbar bei Übergabe des Fahrzeugs.</w:t>
      </w:r>
    </w:p>
    <w:p/>
    <w:p>
      <w:r>
        <w:rPr>
          <w:b/>
          <w:sz w:val="24"/>
        </w:rPr>
        <w:t>ÜBERGABE:</w:t>
      </w:r>
    </w:p>
    <w:p>
      <w:r>
        <w:rPr>
          <w:b w:val="0"/>
          <w:sz w:val="20"/>
        </w:rPr>
        <w:t>Das Fahrzeug wird am übergeben.</w:t>
      </w:r>
    </w:p>
    <w:p/>
    <w:p>
      <w:r>
        <w:rPr>
          <w:b/>
          <w:sz w:val="24"/>
        </w:rPr>
        <w:t>ZUSTAND DES FAHRZEUGS:</w:t>
      </w:r>
    </w:p>
    <w:p>
      <w:r>
        <w:rPr>
          <w:b w:val="0"/>
          <w:sz w:val="20"/>
        </w:rPr>
        <w:t>Der Verkäufer verkauft das Fahrzeug wie besichtigt und probegefahren.</w:t>
      </w:r>
    </w:p>
    <w:p>
      <w:r>
        <w:rPr>
          <w:b w:val="0"/>
          <w:sz w:val="20"/>
        </w:rPr>
        <w:t>Das Fahrzeug wird unter Ausschluss jeglicher Gewährleistung und Garantie verkauft.</w:t>
      </w:r>
    </w:p>
    <w:p>
      <w:r>
        <w:rPr>
          <w:b w:val="0"/>
          <w:sz w:val="20"/>
        </w:rPr>
        <w:t>Dies gilt nicht für Ansprüche aus Arglist oder Verletzung von Leben, Körper oder Gesundheit.</w:t>
      </w:r>
    </w:p>
    <w:p/>
    <w:p>
      <w:r>
        <w:rPr>
          <w:b/>
          <w:sz w:val="24"/>
        </w:rPr>
        <w:t>SONSTIGES:</w:t>
      </w:r>
    </w:p>
    <w:p>
      <w:r>
        <w:rPr>
          <w:b w:val="0"/>
          <w:sz w:val="20"/>
        </w:rPr>
        <w:t>Der Käufer bestätigt, das Fahrzeug besichtigt und alle Fragen dazu gestellt zu haben.</w:t>
      </w:r>
    </w:p>
    <w:p>
      <w:r>
        <w:rPr>
          <w:b w:val="0"/>
          <w:sz w:val="20"/>
        </w:rPr>
        <w:t>Dieser Vertrag enthält alle Vereinbarungen zwischen den Parteien.</w:t>
      </w:r>
    </w:p>
    <w:p>
      <w:r>
        <w:rPr>
          <w:b w:val="0"/>
          <w:sz w:val="20"/>
        </w:rPr>
        <w:t>Mündliche Nebenabreden bestehen nicht.</w:t>
      </w:r>
    </w:p>
    <w:p/>
    <w:p>
      <w:r>
        <w:rPr>
          <w:b/>
          <w:sz w:val="24"/>
        </w:rPr>
        <w:t>SALVATORISCHE KLAUSEL:</w:t>
      </w:r>
    </w:p>
    <w:p>
      <w:r>
        <w:rPr>
          <w:b w:val="0"/>
          <w:sz w:val="20"/>
        </w:rPr>
        <w:t>Sollten einzelne Bestimmungen dieses Vertrages unwirksam sein oder werden, so wird die Wirksamkeit der übrigen Bestimmungen hiervon nicht berührt.</w:t>
      </w:r>
    </w:p>
    <w:p/>
    <w:p/>
    <w:p>
      <w:r>
        <w:rPr>
          <w:b/>
          <w:sz w:val="24"/>
        </w:rPr>
        <w:t>Unterschriften: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https://verkehr-experte.com/kaufvertrag-auto-privat-ohne-garantie-und-gewahrleistung/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kaufvertrag-auto-privat-ohne-garantie-und-gewahrleistung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