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KFZ-MIETVERTRAG GEWERBLICH</w:t>
      </w:r>
    </w:p>
    <w:p/>
    <w:p/>
    <w:p>
      <w:pPr>
        <w:jc w:val="left"/>
      </w:pPr>
      <w:r>
        <w:rPr>
          <w:b/>
          <w:sz w:val="24"/>
        </w:rPr>
        <w:t>1. VERTRAGSPARTEN</w:t>
      </w:r>
    </w:p>
    <w:p>
      <w:pPr>
        <w:jc w:val="left"/>
      </w:pPr>
      <w:r>
        <w:rPr>
          <w:b w:val="0"/>
          <w:sz w:val="20"/>
        </w:rPr>
        <w:t>Vermieter:</w:t>
      </w:r>
    </w:p>
    <w:p>
      <w:pPr>
        <w:jc w:val="left"/>
      </w:pPr>
      <w:r>
        <w:rPr>
          <w:b w:val="0"/>
          <w:sz w:val="20"/>
        </w:rPr>
        <w:t xml:space="preserve">Firma: </w:t>
      </w:r>
    </w:p>
    <w:p>
      <w:pPr>
        <w:jc w:val="left"/>
      </w:pPr>
      <w:r>
        <w:rPr>
          <w:b w:val="0"/>
          <w:sz w:val="20"/>
        </w:rPr>
        <w:t xml:space="preserve">Anschrift: </w:t>
      </w:r>
    </w:p>
    <w:p>
      <w:pPr>
        <w:jc w:val="left"/>
      </w:pPr>
      <w:r>
        <w:rPr>
          <w:b w:val="0"/>
          <w:sz w:val="20"/>
        </w:rPr>
        <w:t xml:space="preserve">Vertreter: </w:t>
      </w:r>
    </w:p>
    <w:p>
      <w:pPr>
        <w:jc w:val="left"/>
      </w:pPr>
      <w:r>
        <w:rPr>
          <w:b w:val="0"/>
          <w:sz w:val="20"/>
        </w:rPr>
        <w:t xml:space="preserve">Telefon: </w:t>
      </w:r>
    </w:p>
    <w:p>
      <w:pPr>
        <w:jc w:val="left"/>
      </w:pPr>
      <w:r>
        <w:rPr>
          <w:b w:val="0"/>
          <w:sz w:val="20"/>
        </w:rPr>
        <w:t xml:space="preserve">E-Mail: </w:t>
      </w:r>
    </w:p>
    <w:p/>
    <w:p>
      <w:pPr>
        <w:jc w:val="left"/>
      </w:pPr>
      <w:r>
        <w:rPr>
          <w:b w:val="0"/>
          <w:sz w:val="20"/>
        </w:rPr>
        <w:t>Mieter:</w:t>
      </w:r>
    </w:p>
    <w:p>
      <w:pPr>
        <w:jc w:val="left"/>
      </w:pPr>
      <w:r>
        <w:rPr>
          <w:b w:val="0"/>
          <w:sz w:val="20"/>
        </w:rPr>
        <w:t xml:space="preserve">Firma: </w:t>
      </w:r>
    </w:p>
    <w:p>
      <w:pPr>
        <w:jc w:val="left"/>
      </w:pPr>
      <w:r>
        <w:rPr>
          <w:b w:val="0"/>
          <w:sz w:val="20"/>
        </w:rPr>
        <w:t xml:space="preserve">Anschrift: </w:t>
      </w:r>
    </w:p>
    <w:p>
      <w:pPr>
        <w:jc w:val="left"/>
      </w:pPr>
      <w:r>
        <w:rPr>
          <w:b w:val="0"/>
          <w:sz w:val="20"/>
        </w:rPr>
        <w:t xml:space="preserve">Vertreter: </w:t>
      </w:r>
    </w:p>
    <w:p>
      <w:pPr>
        <w:jc w:val="left"/>
      </w:pPr>
      <w:r>
        <w:rPr>
          <w:b w:val="0"/>
          <w:sz w:val="20"/>
        </w:rPr>
        <w:t xml:space="preserve">Telefon: </w:t>
      </w:r>
    </w:p>
    <w:p>
      <w:pPr>
        <w:jc w:val="left"/>
      </w:pPr>
      <w:r>
        <w:rPr>
          <w:b w:val="0"/>
          <w:sz w:val="20"/>
        </w:rPr>
        <w:t xml:space="preserve">E-Mail: </w:t>
      </w:r>
    </w:p>
    <w:p/>
    <w:p/>
    <w:p>
      <w:pPr>
        <w:jc w:val="left"/>
      </w:pPr>
      <w:r>
        <w:rPr>
          <w:b/>
          <w:sz w:val="24"/>
        </w:rPr>
        <w:t>2. PRÄAMBEL</w:t>
      </w:r>
    </w:p>
    <w:p>
      <w:pPr>
        <w:jc w:val="left"/>
      </w:pPr>
      <w:r>
        <w:rPr>
          <w:b w:val="0"/>
          <w:sz w:val="20"/>
        </w:rPr>
        <w:t>Dieser Vertrag regelt die gewerbliche Vermietung eines Kraftfahrzeugs zwischen Vermieter und Mieter unter Berücksichtigung der einschlägigen gesetzlichen Bestimmungen des deutschen Rechts.</w:t>
      </w:r>
    </w:p>
    <w:p/>
    <w:p/>
    <w:p>
      <w:pPr>
        <w:jc w:val="left"/>
      </w:pPr>
      <w:r>
        <w:rPr>
          <w:b/>
          <w:sz w:val="24"/>
        </w:rPr>
        <w:t>3. VERTRAGSGEGENSTAND</w:t>
      </w:r>
    </w:p>
    <w:p>
      <w:pPr>
        <w:jc w:val="left"/>
      </w:pPr>
      <w:r>
        <w:rPr>
          <w:b w:val="0"/>
          <w:sz w:val="20"/>
        </w:rPr>
        <w:t>Der Vermieter vermietet an den Mieter das folgende Kraftfahrzeug zur gewerblichen Nutzung:</w:t>
      </w:r>
    </w:p>
    <w:p>
      <w:pPr>
        <w:jc w:val="left"/>
      </w:pPr>
      <w:r>
        <w:rPr>
          <w:b w:val="0"/>
          <w:sz w:val="20"/>
        </w:rPr>
        <w:t xml:space="preserve">Marke, Typ: </w:t>
      </w:r>
    </w:p>
    <w:p>
      <w:pPr>
        <w:jc w:val="left"/>
      </w:pPr>
      <w:r>
        <w:rPr>
          <w:b w:val="0"/>
          <w:sz w:val="20"/>
        </w:rPr>
        <w:t xml:space="preserve">Fahrzeug-Identifizierungsnummer (FIN): </w:t>
      </w:r>
    </w:p>
    <w:p>
      <w:pPr>
        <w:jc w:val="left"/>
      </w:pPr>
      <w:r>
        <w:rPr>
          <w:b w:val="0"/>
          <w:sz w:val="20"/>
        </w:rPr>
        <w:t xml:space="preserve">Kennzeichen: </w:t>
      </w:r>
    </w:p>
    <w:p>
      <w:pPr>
        <w:jc w:val="left"/>
      </w:pPr>
      <w:r>
        <w:rPr>
          <w:b w:val="0"/>
          <w:sz w:val="20"/>
        </w:rPr>
        <w:t xml:space="preserve">Erstzulassung: </w:t>
      </w:r>
    </w:p>
    <w:p>
      <w:pPr>
        <w:jc w:val="left"/>
      </w:pPr>
      <w:r>
        <w:rPr>
          <w:b w:val="0"/>
          <w:sz w:val="20"/>
        </w:rPr>
        <w:t xml:space="preserve">Kilometerstand bei Übergabe: </w:t>
      </w:r>
    </w:p>
    <w:p/>
    <w:p/>
    <w:p>
      <w:pPr>
        <w:jc w:val="left"/>
      </w:pPr>
      <w:r>
        <w:rPr>
          <w:b/>
          <w:sz w:val="24"/>
        </w:rPr>
        <w:t>4. MIETDAUER</w:t>
      </w:r>
    </w:p>
    <w:p>
      <w:pPr>
        <w:jc w:val="left"/>
      </w:pPr>
      <w:r>
        <w:rPr>
          <w:b w:val="0"/>
          <w:sz w:val="20"/>
        </w:rPr>
        <w:t xml:space="preserve">Der Mietvertrag beginnt am: </w:t>
      </w:r>
    </w:p>
    <w:p>
      <w:pPr>
        <w:jc w:val="left"/>
      </w:pPr>
      <w:r>
        <w:rPr>
          <w:b w:val="0"/>
          <w:sz w:val="20"/>
        </w:rPr>
        <w:t xml:space="preserve">und endet am: </w:t>
      </w:r>
    </w:p>
    <w:p>
      <w:pPr>
        <w:jc w:val="left"/>
      </w:pPr>
      <w:r>
        <w:rPr>
          <w:b w:val="0"/>
          <w:sz w:val="20"/>
        </w:rPr>
        <w:t>Eine Verlängerung bedarf der schriftlichen Vereinbarung.</w:t>
      </w:r>
    </w:p>
    <w:p/>
    <w:p/>
    <w:p>
      <w:pPr>
        <w:jc w:val="left"/>
      </w:pPr>
      <w:r>
        <w:rPr>
          <w:b/>
          <w:sz w:val="24"/>
        </w:rPr>
        <w:t>5. MIETZINS UND ZAHLUNGSBEDINGUNGEN</w:t>
      </w:r>
    </w:p>
    <w:p>
      <w:pPr>
        <w:jc w:val="left"/>
      </w:pPr>
      <w:r>
        <w:rPr>
          <w:b w:val="0"/>
          <w:sz w:val="20"/>
        </w:rPr>
        <w:t xml:space="preserve">Der Mietzins beträgt: EUR </w:t>
      </w:r>
    </w:p>
    <w:p>
      <w:pPr>
        <w:jc w:val="left"/>
      </w:pPr>
      <w:r>
        <w:rPr>
          <w:b w:val="0"/>
          <w:sz w:val="20"/>
        </w:rPr>
        <w:t xml:space="preserve">Zahlungsweise (z.B. monatlich, wöchentlich): </w:t>
      </w:r>
    </w:p>
    <w:p>
      <w:pPr>
        <w:jc w:val="left"/>
      </w:pPr>
      <w:r>
        <w:rPr>
          <w:b w:val="0"/>
          <w:sz w:val="20"/>
        </w:rPr>
        <w:t xml:space="preserve">Zahlungsziel: </w:t>
      </w:r>
    </w:p>
    <w:p>
      <w:pPr>
        <w:jc w:val="left"/>
      </w:pPr>
      <w:r>
        <w:rPr>
          <w:b w:val="0"/>
          <w:sz w:val="20"/>
        </w:rPr>
        <w:t>Die Zahlung erfolgt ohne Abzug auf das folgende Konto des Vermieters:</w:t>
      </w:r>
    </w:p>
    <w:p>
      <w:pPr>
        <w:jc w:val="left"/>
      </w:pPr>
      <w:r>
        <w:rPr>
          <w:b w:val="0"/>
          <w:sz w:val="20"/>
        </w:rPr>
        <w:t xml:space="preserve">Kontoinhaber: </w:t>
      </w:r>
    </w:p>
    <w:p>
      <w:pPr>
        <w:jc w:val="left"/>
      </w:pPr>
      <w:r>
        <w:rPr>
          <w:b w:val="0"/>
          <w:sz w:val="20"/>
        </w:rPr>
        <w:t xml:space="preserve">IBAN: </w:t>
      </w:r>
    </w:p>
    <w:p>
      <w:pPr>
        <w:jc w:val="left"/>
      </w:pPr>
      <w:r>
        <w:rPr>
          <w:b w:val="0"/>
          <w:sz w:val="20"/>
        </w:rPr>
        <w:t xml:space="preserve">BIC: </w:t>
      </w:r>
    </w:p>
    <w:p/>
    <w:p/>
    <w:p>
      <w:pPr>
        <w:jc w:val="left"/>
      </w:pPr>
      <w:r>
        <w:rPr>
          <w:b/>
          <w:sz w:val="24"/>
        </w:rPr>
        <w:t>6. KAUTION</w:t>
      </w:r>
    </w:p>
    <w:p>
      <w:pPr>
        <w:jc w:val="left"/>
      </w:pPr>
      <w:r>
        <w:rPr>
          <w:b w:val="0"/>
          <w:sz w:val="20"/>
        </w:rPr>
        <w:t xml:space="preserve">Der Mieter hinterlegt eine Kaution in Höhe von EUR </w:t>
      </w:r>
    </w:p>
    <w:p>
      <w:pPr>
        <w:jc w:val="left"/>
      </w:pPr>
      <w:r>
        <w:rPr>
          <w:b w:val="0"/>
          <w:sz w:val="20"/>
        </w:rPr>
        <w:t>Die Kaution wird verzinst und nach vertragsgemäßer Rückgabe des Fahrzeugs zurückerstattet.</w:t>
      </w:r>
    </w:p>
    <w:p/>
    <w:p/>
    <w:p>
      <w:pPr>
        <w:jc w:val="left"/>
      </w:pPr>
      <w:r>
        <w:rPr>
          <w:b/>
          <w:sz w:val="24"/>
        </w:rPr>
        <w:t>7. PFLICHTEN DES MIETERS</w:t>
      </w:r>
    </w:p>
    <w:p>
      <w:pPr>
        <w:jc w:val="left"/>
      </w:pPr>
      <w:r>
        <w:rPr>
          <w:b w:val="0"/>
          <w:sz w:val="20"/>
        </w:rPr>
        <w:t>a) Das Fahrzeug ausschließlich vertragsgemäß und sorgfältig zu nutzen.</w:t>
      </w:r>
    </w:p>
    <w:p>
      <w:pPr>
        <w:jc w:val="left"/>
      </w:pPr>
      <w:r>
        <w:rPr>
          <w:b w:val="0"/>
          <w:sz w:val="20"/>
        </w:rPr>
        <w:t>b) Die geltenden Straßenverkehrs- und Sicherheitsvorschriften einzuhalten.</w:t>
      </w:r>
    </w:p>
    <w:p>
      <w:pPr>
        <w:jc w:val="left"/>
      </w:pPr>
      <w:r>
        <w:rPr>
          <w:b w:val="0"/>
          <w:sz w:val="20"/>
        </w:rPr>
        <w:t>c) Das Fahrzeug regelmäßig zu warten, sofern vertraglich nicht anders geregelt.</w:t>
      </w:r>
    </w:p>
    <w:p>
      <w:pPr>
        <w:jc w:val="left"/>
      </w:pPr>
      <w:r>
        <w:rPr>
          <w:b w:val="0"/>
          <w:sz w:val="20"/>
        </w:rPr>
        <w:t>d) Schäden, Unfälle oder Mängel unverzüglich dem Vermieter zu melden.</w:t>
      </w:r>
    </w:p>
    <w:p>
      <w:pPr>
        <w:jc w:val="left"/>
      </w:pPr>
      <w:r>
        <w:rPr>
          <w:b w:val="0"/>
          <w:sz w:val="20"/>
        </w:rPr>
        <w:t>e) Das Fahrzeug nicht ohne Zustimmung des Vermieters an Dritte weiterzuvermieten oder zu überlassen.</w:t>
      </w:r>
    </w:p>
    <w:p/>
    <w:p/>
    <w:p>
      <w:pPr>
        <w:jc w:val="left"/>
      </w:pPr>
      <w:r>
        <w:rPr>
          <w:b/>
          <w:sz w:val="24"/>
        </w:rPr>
        <w:t>8. PFLICHTEN DES VERMIETERS</w:t>
      </w:r>
    </w:p>
    <w:p>
      <w:pPr>
        <w:jc w:val="left"/>
      </w:pPr>
      <w:r>
        <w:rPr>
          <w:b w:val="0"/>
          <w:sz w:val="20"/>
        </w:rPr>
        <w:t>a) Übergabe des Fahrzeugs in verkehrssicherem und vertragsgemäßem Zustand.</w:t>
      </w:r>
    </w:p>
    <w:p>
      <w:pPr>
        <w:jc w:val="left"/>
      </w:pPr>
      <w:r>
        <w:rPr>
          <w:b w:val="0"/>
          <w:sz w:val="20"/>
        </w:rPr>
        <w:t>b) Durchführung notwendiger Reparaturen und Wartungen, sofern nicht vom Mieter zu tragen.</w:t>
      </w:r>
    </w:p>
    <w:p>
      <w:pPr>
        <w:jc w:val="left"/>
      </w:pPr>
      <w:r>
        <w:rPr>
          <w:b w:val="0"/>
          <w:sz w:val="20"/>
        </w:rPr>
        <w:t>c) Bereitstellung aller notwendigen Fahrzeugpapiere und Schlüssel.</w:t>
      </w:r>
    </w:p>
    <w:p/>
    <w:p/>
    <w:p>
      <w:pPr>
        <w:jc w:val="left"/>
      </w:pPr>
      <w:r>
        <w:rPr>
          <w:b/>
          <w:sz w:val="24"/>
        </w:rPr>
        <w:t>9. HAFTUNG UND VERSICHERUNG</w:t>
      </w:r>
    </w:p>
    <w:p>
      <w:pPr>
        <w:jc w:val="left"/>
      </w:pPr>
      <w:r>
        <w:rPr>
          <w:b w:val="0"/>
          <w:sz w:val="20"/>
        </w:rPr>
        <w:t>Der Vermieter hat für das Fahrzeug eine Haftpflicht- und Vollkaskoversicherung abgeschlossen.</w:t>
      </w:r>
    </w:p>
    <w:p>
      <w:pPr>
        <w:jc w:val="left"/>
      </w:pPr>
      <w:r>
        <w:rPr>
          <w:b w:val="0"/>
          <w:sz w:val="20"/>
        </w:rPr>
        <w:t>Der Mieter haftet für Schäden, die durch grobe Fahrlässigkeit oder Vorsatz entstanden sind.</w:t>
      </w:r>
    </w:p>
    <w:p>
      <w:pPr>
        <w:jc w:val="left"/>
      </w:pPr>
      <w:r>
        <w:rPr>
          <w:b w:val="0"/>
          <w:sz w:val="20"/>
        </w:rPr>
        <w:t xml:space="preserve">Die Selbstbeteiligung im Schadensfall beträgt EUR </w:t>
      </w:r>
    </w:p>
    <w:p>
      <w:pPr>
        <w:jc w:val="left"/>
      </w:pPr>
      <w:r>
        <w:rPr>
          <w:b w:val="0"/>
          <w:sz w:val="20"/>
        </w:rPr>
        <w:t>Der Mieter verpflichtet sich, bei Schäden oder Unfällen unverzüglich den Vermieter und die Polizei zu informieren und eine Unfallmeldung anzufertigen.</w:t>
      </w:r>
    </w:p>
    <w:p/>
    <w:p/>
    <w:p>
      <w:pPr>
        <w:jc w:val="left"/>
      </w:pPr>
      <w:r>
        <w:rPr>
          <w:b/>
          <w:sz w:val="24"/>
        </w:rPr>
        <w:t>10. NUTZUNGSEINSCHRÄNKUNGEN</w:t>
      </w:r>
    </w:p>
    <w:p>
      <w:pPr>
        <w:jc w:val="left"/>
      </w:pPr>
      <w:r>
        <w:rPr>
          <w:b w:val="0"/>
          <w:sz w:val="20"/>
        </w:rPr>
        <w:t>Das Fahrzeug darf nicht genutzt werden für:</w:t>
      </w:r>
    </w:p>
    <w:p>
      <w:pPr>
        <w:jc w:val="left"/>
      </w:pPr>
      <w:r>
        <w:rPr>
          <w:b w:val="0"/>
          <w:sz w:val="20"/>
        </w:rPr>
        <w:t>- Rennveranstaltungen oder ähnliche Wettbewerbe</w:t>
      </w:r>
    </w:p>
    <w:p>
      <w:pPr>
        <w:jc w:val="left"/>
      </w:pPr>
      <w:r>
        <w:rPr>
          <w:b w:val="0"/>
          <w:sz w:val="20"/>
        </w:rPr>
        <w:t>- Transport gefährlicher oder illegaler Güter</w:t>
      </w:r>
    </w:p>
    <w:p>
      <w:pPr>
        <w:jc w:val="left"/>
      </w:pPr>
      <w:r>
        <w:rPr>
          <w:b w:val="0"/>
          <w:sz w:val="20"/>
        </w:rPr>
        <w:t>- Fahren unter Einfluss von Alkohol oder Drogen</w:t>
      </w:r>
    </w:p>
    <w:p>
      <w:pPr>
        <w:jc w:val="left"/>
      </w:pPr>
      <w:r>
        <w:rPr>
          <w:b w:val="0"/>
          <w:sz w:val="20"/>
        </w:rPr>
        <w:t>- Fahrten außerhalb Deutschlands ohne ausdrückliche Zustimmung des Vermieters</w:t>
      </w:r>
    </w:p>
    <w:p/>
    <w:p/>
    <w:p>
      <w:pPr>
        <w:jc w:val="left"/>
      </w:pPr>
      <w:r>
        <w:rPr>
          <w:b/>
          <w:sz w:val="24"/>
        </w:rPr>
        <w:t>11. RÜCKGABE DES FAHRZEUGS</w:t>
      </w:r>
    </w:p>
    <w:p>
      <w:pPr>
        <w:jc w:val="left"/>
      </w:pPr>
      <w:r>
        <w:rPr>
          <w:b w:val="0"/>
          <w:sz w:val="20"/>
        </w:rPr>
        <w:t>Der Mieter verpflichtet sich, das Fahrzeug am Ende der Mietdauer an dem vereinbarten Ort in gereinigtem und funktionsfähigem Zustand zurückzugeben.</w:t>
      </w:r>
    </w:p>
    <w:p>
      <w:pPr>
        <w:jc w:val="left"/>
      </w:pPr>
      <w:r>
        <w:rPr>
          <w:b w:val="0"/>
          <w:sz w:val="20"/>
        </w:rPr>
        <w:t>Etwaige Schäden oder übermäßige Abnutzung sind dem Vermieter bei Rückgabe anzuzeigen.</w:t>
      </w:r>
    </w:p>
    <w:p/>
    <w:p/>
    <w:p>
      <w:pPr>
        <w:jc w:val="left"/>
      </w:pPr>
      <w:r>
        <w:rPr>
          <w:b/>
          <w:sz w:val="24"/>
        </w:rPr>
        <w:t>12. VERTRAGSBEENDIGUNG UND KÜNDIGUNG</w:t>
      </w:r>
    </w:p>
    <w:p>
      <w:pPr>
        <w:jc w:val="left"/>
      </w:pPr>
      <w:r>
        <w:rPr>
          <w:b w:val="0"/>
          <w:sz w:val="20"/>
        </w:rPr>
        <w:t>Der Vertrag endet mit Ablauf der Mietdauer.</w:t>
      </w:r>
    </w:p>
    <w:p>
      <w:pPr>
        <w:jc w:val="left"/>
      </w:pPr>
      <w:r>
        <w:rPr>
          <w:b w:val="0"/>
          <w:sz w:val="20"/>
        </w:rPr>
        <w:t>Eine ordentliche Kündigung ist mit einer Frist von ______ möglich.</w:t>
      </w:r>
    </w:p>
    <w:p>
      <w:pPr>
        <w:jc w:val="left"/>
      </w:pPr>
      <w:r>
        <w:rPr>
          <w:b w:val="0"/>
          <w:sz w:val="20"/>
        </w:rPr>
        <w:t>Das Recht zur außerordentlichen Kündigung aus wichtigem Grund bleibt unberührt.</w:t>
      </w:r>
    </w:p>
    <w:p/>
    <w:p/>
    <w:p>
      <w:pPr>
        <w:jc w:val="left"/>
      </w:pPr>
      <w:r>
        <w:rPr>
          <w:b/>
          <w:sz w:val="24"/>
        </w:rPr>
        <w:t>13. DATENSCHUTZ</w:t>
      </w:r>
    </w:p>
    <w:p>
      <w:pPr>
        <w:jc w:val="left"/>
      </w:pPr>
      <w:r>
        <w:rPr>
          <w:b w:val="0"/>
          <w:sz w:val="20"/>
        </w:rPr>
        <w:t>Die Vertragsparteien verpflichten sich, personenbezogene Daten gemäß den geltenden Datenschutzbestimmungen vertraulich zu behandeln und nur für Zwecke dieses Vertrages zu verwenden.</w:t>
      </w:r>
    </w:p>
    <w:p/>
    <w:p/>
    <w:p>
      <w:pPr>
        <w:jc w:val="left"/>
      </w:pPr>
      <w:r>
        <w:rPr>
          <w:b/>
          <w:sz w:val="24"/>
        </w:rPr>
        <w:t>14. SALVATORISCHE KLAUSEL</w:t>
      </w:r>
    </w:p>
    <w:p>
      <w:pPr>
        <w:jc w:val="left"/>
      </w:pPr>
      <w:r>
        <w:rPr>
          <w:b w:val="0"/>
          <w:sz w:val="20"/>
        </w:rPr>
        <w:t>Sollten einzelne Bestimmungen dieses Vertrages unwirksam oder undurchführbar sein oder werden, so bleibt die Wirksamkeit der übrigen Bestimmungen unberührt.</w:t>
      </w:r>
    </w:p>
    <w:p/>
    <w:p/>
    <w:p>
      <w:pPr>
        <w:jc w:val="left"/>
      </w:pPr>
      <w:r>
        <w:rPr>
          <w:b/>
          <w:sz w:val="24"/>
        </w:rPr>
        <w:t>15. GERICHTSSTAND UND ANWENDBARES RECHT</w:t>
      </w:r>
    </w:p>
    <w:p>
      <w:pPr>
        <w:jc w:val="left"/>
      </w:pPr>
      <w:r>
        <w:rPr>
          <w:b w:val="0"/>
          <w:sz w:val="20"/>
        </w:rPr>
        <w:t>Gerichtsstand für alle Streitigkeiten aus diesem Vertrag ist der Sitz des Vermieters.</w:t>
      </w:r>
    </w:p>
    <w:p>
      <w:pPr>
        <w:jc w:val="left"/>
      </w:pPr>
      <w:r>
        <w:rPr>
          <w:b w:val="0"/>
          <w:sz w:val="20"/>
        </w:rPr>
        <w:t>Es findet deutsches Recht Anwendung.</w:t>
      </w:r>
    </w:p>
    <w:p/>
    <w:p/>
    <w:p/>
    <w:p>
      <w:pPr>
        <w:jc w:val="left"/>
      </w:pPr>
      <w:r>
        <w:rPr>
          <w:b/>
          <w:sz w:val="20"/>
        </w:rPr>
        <w:t>Die Vertragsparteien bestätigen mit ihren Unterschriften, dass sie den Vertrag gelesen, verstanden und akzeptiert haben.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Vermieter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Mieter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____________________________</w:t>
              <w:br/>
              <w:t>Datum: 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____________________________</w:t>
              <w:br/>
              <w:t>Datum: 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https://verkehr-experte.com/kfz-mietvertrag-gewerblich/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fz-mietvertrag-gewerblich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