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KFZ-TAUSCHVERTRAG</w:t>
      </w:r>
    </w:p>
    <w:p/>
    <w:p>
      <w:r>
        <w:rPr>
          <w:b/>
          <w:sz w:val="24"/>
        </w:rPr>
        <w:t>VERTRAGSPARTNER</w:t>
      </w:r>
    </w:p>
    <w:p>
      <w:r>
        <w:rPr>
          <w:b w:val="0"/>
          <w:sz w:val="20"/>
        </w:rPr>
        <w:t>Verkäufer 1:</w:t>
      </w:r>
    </w:p>
    <w:p>
      <w:r>
        <w:rPr>
          <w:b w:val="0"/>
          <w:sz w:val="20"/>
        </w:rPr>
        <w:t>Name:</w:t>
      </w:r>
    </w:p>
    <w:p>
      <w:r>
        <w:rPr>
          <w:b w:val="0"/>
          <w:sz w:val="20"/>
        </w:rPr>
        <w:t>Anschrift:</w:t>
      </w:r>
    </w:p>
    <w:p>
      <w:r>
        <w:rPr>
          <w:b w:val="0"/>
          <w:sz w:val="20"/>
        </w:rPr>
        <w:t>Geburtsdatum:</w:t>
      </w:r>
    </w:p>
    <w:p>
      <w:r>
        <w:rPr>
          <w:b w:val="0"/>
          <w:sz w:val="20"/>
        </w:rPr>
        <w:t>Personalausweis-/Reisepassnummer:</w:t>
      </w:r>
    </w:p>
    <w:p/>
    <w:p>
      <w:r>
        <w:rPr>
          <w:b w:val="0"/>
          <w:sz w:val="20"/>
        </w:rPr>
        <w:t>Verkäufer 2:</w:t>
      </w:r>
    </w:p>
    <w:p>
      <w:r>
        <w:rPr>
          <w:b w:val="0"/>
          <w:sz w:val="20"/>
        </w:rPr>
        <w:t>Name:</w:t>
      </w:r>
    </w:p>
    <w:p>
      <w:r>
        <w:rPr>
          <w:b w:val="0"/>
          <w:sz w:val="20"/>
        </w:rPr>
        <w:t>Anschrift:</w:t>
      </w:r>
    </w:p>
    <w:p>
      <w:r>
        <w:rPr>
          <w:b w:val="0"/>
          <w:sz w:val="20"/>
        </w:rPr>
        <w:t>Geburtsdatum:</w:t>
      </w:r>
    </w:p>
    <w:p>
      <w:r>
        <w:rPr>
          <w:b w:val="0"/>
          <w:sz w:val="20"/>
        </w:rPr>
        <w:t>Personalausweis-/Reisepassnummer:</w:t>
      </w:r>
    </w:p>
    <w:p/>
    <w:p>
      <w:r>
        <w:rPr>
          <w:b/>
          <w:sz w:val="20"/>
        </w:rPr>
        <w:t>Die Vertragsparteien schließen folgenden Tauschvertrag über Kraftfahrzeuge (KFZ) gemäß §§ 480 ff. BGB:</w:t>
      </w:r>
    </w:p>
    <w:p/>
    <w:p>
      <w:r>
        <w:rPr>
          <w:b/>
          <w:sz w:val="20"/>
        </w:rPr>
        <w:t>§1 – Vertragsgegenstand</w:t>
      </w:r>
    </w:p>
    <w:p>
      <w:r>
        <w:rPr>
          <w:b w:val="0"/>
          <w:sz w:val="20"/>
        </w:rPr>
        <w:t>1. Verkäufer 1 tauscht sein nachfolgend beschriebenes Kraftfahrzeug gegen das Fahrzeug von Verkäufer 2.</w:t>
      </w:r>
    </w:p>
    <w:p>
      <w:r>
        <w:rPr>
          <w:b w:val="0"/>
          <w:sz w:val="20"/>
        </w:rPr>
        <w:t>2. Fahrzeug Verkäufer 1:</w:t>
      </w:r>
    </w:p>
    <w:p>
      <w:r>
        <w:rPr>
          <w:b w:val="0"/>
          <w:sz w:val="20"/>
        </w:rPr>
        <w:t xml:space="preserve">   - Hersteller/Marke:</w:t>
      </w:r>
    </w:p>
    <w:p>
      <w:r>
        <w:rPr>
          <w:b w:val="0"/>
          <w:sz w:val="20"/>
        </w:rPr>
        <w:t xml:space="preserve">   - Modell:</w:t>
      </w:r>
    </w:p>
    <w:p>
      <w:r>
        <w:rPr>
          <w:b w:val="0"/>
          <w:sz w:val="20"/>
        </w:rPr>
        <w:t xml:space="preserve">   - Fahrzeug-Identifizierungsnummer (FIN):</w:t>
      </w:r>
    </w:p>
    <w:p>
      <w:r>
        <w:rPr>
          <w:b w:val="0"/>
          <w:sz w:val="20"/>
        </w:rPr>
        <w:t xml:space="preserve">   - Erstzulassung:</w:t>
      </w:r>
    </w:p>
    <w:p>
      <w:r>
        <w:rPr>
          <w:b w:val="0"/>
          <w:sz w:val="20"/>
        </w:rPr>
        <w:t xml:space="preserve">   - Kilometerstand:</w:t>
      </w:r>
    </w:p>
    <w:p>
      <w:r>
        <w:rPr>
          <w:b w:val="0"/>
          <w:sz w:val="20"/>
        </w:rPr>
        <w:t xml:space="preserve">   - amtliches Kennzeichen:</w:t>
      </w:r>
    </w:p>
    <w:p>
      <w:r>
        <w:rPr>
          <w:b w:val="0"/>
          <w:sz w:val="20"/>
        </w:rPr>
        <w:t xml:space="preserve">   - Sonstiges:</w:t>
      </w:r>
    </w:p>
    <w:p/>
    <w:p>
      <w:r>
        <w:rPr>
          <w:b w:val="0"/>
          <w:sz w:val="20"/>
        </w:rPr>
        <w:t>3. Fahrzeug Verkäufer 2:</w:t>
      </w:r>
    </w:p>
    <w:p>
      <w:r>
        <w:rPr>
          <w:b w:val="0"/>
          <w:sz w:val="20"/>
        </w:rPr>
        <w:t xml:space="preserve">   - Hersteller/Marke:</w:t>
      </w:r>
    </w:p>
    <w:p>
      <w:r>
        <w:rPr>
          <w:b w:val="0"/>
          <w:sz w:val="20"/>
        </w:rPr>
        <w:t xml:space="preserve">   - Modell:</w:t>
      </w:r>
    </w:p>
    <w:p>
      <w:r>
        <w:rPr>
          <w:b w:val="0"/>
          <w:sz w:val="20"/>
        </w:rPr>
        <w:t xml:space="preserve">   - Fahrzeug-Identifizierungsnummer (FIN):</w:t>
      </w:r>
    </w:p>
    <w:p>
      <w:r>
        <w:rPr>
          <w:b w:val="0"/>
          <w:sz w:val="20"/>
        </w:rPr>
        <w:t xml:space="preserve">   - Erstzulassung:</w:t>
      </w:r>
    </w:p>
    <w:p>
      <w:r>
        <w:rPr>
          <w:b w:val="0"/>
          <w:sz w:val="20"/>
        </w:rPr>
        <w:t xml:space="preserve">   - Kilometerstand:</w:t>
      </w:r>
    </w:p>
    <w:p>
      <w:r>
        <w:rPr>
          <w:b w:val="0"/>
          <w:sz w:val="20"/>
        </w:rPr>
        <w:t xml:space="preserve">   - amtliches Kennzeichen:</w:t>
      </w:r>
    </w:p>
    <w:p>
      <w:r>
        <w:rPr>
          <w:b w:val="0"/>
          <w:sz w:val="20"/>
        </w:rPr>
        <w:t xml:space="preserve">   - Sonstiges:</w:t>
      </w:r>
    </w:p>
    <w:p/>
    <w:p>
      <w:r>
        <w:rPr>
          <w:b/>
          <w:sz w:val="20"/>
        </w:rPr>
        <w:t>§2 – Zustand der Fahrzeuge und Haftung</w:t>
      </w:r>
    </w:p>
    <w:p>
      <w:r>
        <w:rPr>
          <w:b w:val="0"/>
          <w:sz w:val="20"/>
        </w:rPr>
        <w:t>1. Beide Fahrzeuge werden wie besichtigt und geprüft getauscht.</w:t>
      </w:r>
    </w:p>
    <w:p>
      <w:r>
        <w:rPr>
          <w:b w:val="0"/>
          <w:sz w:val="20"/>
        </w:rPr>
        <w:t>2. Die Vertragsparteien versichern, dass keine wesentlichen Mängel verschwiegen wurden.</w:t>
      </w:r>
    </w:p>
    <w:p>
      <w:r>
        <w:rPr>
          <w:b w:val="0"/>
          <w:sz w:val="20"/>
        </w:rPr>
        <w:t>3. Die Haftung für Sachmängel wird im Rahmen der gesetzlichen Vorschriften geregelt.</w:t>
      </w:r>
    </w:p>
    <w:p>
      <w:r>
        <w:rPr>
          <w:b w:val="0"/>
          <w:sz w:val="20"/>
        </w:rPr>
        <w:t>4. Gewährleistungsansprüche wegen offensichtlicher Mängel sind ausgeschlossen, außer bei arglistigem Verschweigen.</w:t>
      </w:r>
    </w:p>
    <w:p/>
    <w:p>
      <w:r>
        <w:rPr>
          <w:b/>
          <w:sz w:val="20"/>
        </w:rPr>
        <w:t>§3 – Eigentumsübertragung und Übergabe</w:t>
      </w:r>
    </w:p>
    <w:p>
      <w:r>
        <w:rPr>
          <w:b w:val="0"/>
          <w:sz w:val="20"/>
        </w:rPr>
        <w:t>1. Das Eigentum an den Fahrzeugen geht mit der vollständigen Übergabe und Aushändigung der Fahrzeugpapiere auf den jeweils anderen Vertragspartner über.</w:t>
      </w:r>
    </w:p>
    <w:p>
      <w:r>
        <w:rPr>
          <w:b w:val="0"/>
          <w:sz w:val="20"/>
        </w:rPr>
        <w:t>2. Beide Parteien verpflichten sich, die jeweils erforderlichen Maßnahmen zur Ummeldung der Fahrzeuge bei den zuständigen Behörden unverzüglich vorzunehmen.</w:t>
      </w:r>
    </w:p>
    <w:p/>
    <w:p>
      <w:r>
        <w:rPr>
          <w:b/>
          <w:sz w:val="20"/>
        </w:rPr>
        <w:t>§4 – Sonstige Vereinbarungen</w:t>
      </w:r>
    </w:p>
    <w:p>
      <w:r>
        <w:rPr>
          <w:b w:val="0"/>
          <w:sz w:val="20"/>
        </w:rPr>
        <w:t>1. Zusätzliche Absprachen:</w:t>
      </w:r>
    </w:p>
    <w:p>
      <w:r>
        <w:rPr>
          <w:b w:val="0"/>
          <w:sz w:val="20"/>
        </w:rPr>
      </w:r>
    </w:p>
    <w:p>
      <w:r>
        <w:rPr>
          <w:b w:val="0"/>
          <w:sz w:val="20"/>
        </w:rPr>
        <w:t>2. Kosten, Steuern und Gebühren im Zusammenhang mit dem Tausch tragen die Vertragsparteien jeweils selbst.</w:t>
      </w:r>
    </w:p>
    <w:p/>
    <w:p>
      <w:r>
        <w:rPr>
          <w:b/>
          <w:sz w:val="20"/>
        </w:rPr>
        <w:t>§5 – Salvatorische Klausel</w:t>
      </w:r>
    </w:p>
    <w:p>
      <w:r>
        <w:rPr>
          <w:b w:val="0"/>
          <w:sz w:val="20"/>
        </w:rPr>
        <w:t>Sollten einzelne Bestimmungen dieses Vertrages ganz oder teilweise unwirksam oder undurchführbar sein oder werden, so bleibt die Wirksamkeit der übrigen Bestimmungen unberührt. Die unwirksame Bestimmung ist durch eine solche zu ersetzen, die dem wirtschaftlichen Zweck am nächsten kommt.</w:t>
      </w:r>
    </w:p>
    <w:p/>
    <w:p>
      <w:r>
        <w:rPr>
          <w:b/>
          <w:sz w:val="20"/>
        </w:rPr>
        <w:t>§6 – Gerichtsstand</w:t>
      </w:r>
    </w:p>
    <w:p>
      <w:r>
        <w:rPr>
          <w:b w:val="0"/>
          <w:sz w:val="20"/>
        </w:rPr>
        <w:t>Gerichtsstand für alle Streitigkeiten aus diesem Vertrag ist der Wohnsitz des beklagten Vertragspartners, sofern gesetzlich zulässig.</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Verkäufer 1</w:t>
            </w:r>
          </w:p>
        </w:tc>
        <w:tc>
          <w:tcPr>
            <w:tcW w:type="dxa" w:w="4986"/>
          </w:tcPr>
          <w:p>
            <w:pPr>
              <w:jc w:val="center"/>
            </w:pPr>
            <w:r>
              <w:rPr>
                <w:b/>
              </w:rPr>
              <w:t>Verkäufer 2</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Unterschrift: __________________________</w:t>
            </w:r>
          </w:p>
        </w:tc>
        <w:tc>
          <w:tcPr>
            <w:tcW w:type="dxa" w:w="4986"/>
          </w:tcPr>
          <w:p>
            <w:pPr>
              <w:jc w:val="center"/>
            </w:pPr>
            <w:r>
              <w:t>Unterschrift: 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https://verkehr-experte.com/kfz-tauschvertrag/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kfz-tauschvertrag/"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