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KFZ-ÜBERLASSUNGSVERTRAG</w:t>
      </w:r>
    </w:p>
    <w:p/>
    <w:p>
      <w:r>
        <w:rPr>
          <w:b/>
          <w:sz w:val="24"/>
        </w:rPr>
        <w:t>VERTRAGSPARTNER</w:t>
      </w:r>
    </w:p>
    <w:p>
      <w:r>
        <w:rPr>
          <w:b w:val="0"/>
          <w:sz w:val="20"/>
        </w:rPr>
        <w:t>Überlasser:</w:t>
      </w:r>
    </w:p>
    <w:p>
      <w:r>
        <w:rPr>
          <w:b w:val="0"/>
          <w:sz w:val="20"/>
        </w:rPr>
        <w:t>Name, Vorname: _____________________________________________</w:t>
      </w:r>
    </w:p>
    <w:p>
      <w:r>
        <w:rPr>
          <w:b w:val="0"/>
          <w:sz w:val="20"/>
        </w:rPr>
        <w:t>Adresse: ____________________________________________________</w:t>
      </w:r>
    </w:p>
    <w:p>
      <w:r>
        <w:rPr>
          <w:b w:val="0"/>
          <w:sz w:val="20"/>
        </w:rPr>
        <w:t>Geburtsdatum: ______________________________________________</w:t>
      </w:r>
    </w:p>
    <w:p>
      <w:r>
        <w:rPr>
          <w:b w:val="0"/>
          <w:sz w:val="20"/>
        </w:rPr>
        <w:t>Telefon: ____________________________________________________</w:t>
      </w:r>
    </w:p>
    <w:p>
      <w:r>
        <w:rPr>
          <w:b w:val="0"/>
          <w:sz w:val="20"/>
        </w:rPr>
        <w:t>E-Mail: _____________________________________________________</w:t>
      </w:r>
    </w:p>
    <w:p/>
    <w:p>
      <w:r>
        <w:rPr>
          <w:b w:val="0"/>
          <w:sz w:val="20"/>
        </w:rPr>
        <w:t>Übernehmer:</w:t>
      </w:r>
    </w:p>
    <w:p>
      <w:r>
        <w:rPr>
          <w:b w:val="0"/>
          <w:sz w:val="20"/>
        </w:rPr>
        <w:t>Name, Vorname: _____________________________________________</w:t>
      </w:r>
    </w:p>
    <w:p>
      <w:r>
        <w:rPr>
          <w:b w:val="0"/>
          <w:sz w:val="20"/>
        </w:rPr>
        <w:t>Adresse: ____________________________________________________</w:t>
      </w:r>
    </w:p>
    <w:p>
      <w:r>
        <w:rPr>
          <w:b w:val="0"/>
          <w:sz w:val="20"/>
        </w:rPr>
        <w:t>Geburtsdatum: ______________________________________________</w:t>
      </w:r>
    </w:p>
    <w:p>
      <w:r>
        <w:rPr>
          <w:b w:val="0"/>
          <w:sz w:val="20"/>
        </w:rPr>
        <w:t>Telefon: ____________________________________________________</w:t>
      </w:r>
    </w:p>
    <w:p>
      <w:r>
        <w:rPr>
          <w:b w:val="0"/>
          <w:sz w:val="20"/>
        </w:rPr>
        <w:t>E-Mail: _____________________________________________________</w:t>
      </w:r>
    </w:p>
    <w:p/>
    <w:p>
      <w:r>
        <w:rPr>
          <w:b/>
          <w:sz w:val="20"/>
        </w:rPr>
        <w:t>Die Vertragsparteien schließen folgenden Vertrag über die Überlassung eines Kraftfahrzeuges:</w:t>
      </w:r>
    </w:p>
    <w:p/>
    <w:p>
      <w:r>
        <w:rPr>
          <w:b/>
          <w:sz w:val="24"/>
        </w:rPr>
        <w:t>Fahrzeugdaten</w:t>
      </w:r>
    </w:p>
    <w:p>
      <w:r>
        <w:rPr>
          <w:b w:val="0"/>
          <w:sz w:val="20"/>
        </w:rPr>
        <w:t>Hersteller/Marke: ___________________________________________</w:t>
      </w:r>
    </w:p>
    <w:p>
      <w:r>
        <w:rPr>
          <w:b w:val="0"/>
          <w:sz w:val="20"/>
        </w:rPr>
        <w:t>Modell: ____________________________________________________</w:t>
      </w:r>
    </w:p>
    <w:p>
      <w:r>
        <w:rPr>
          <w:b w:val="0"/>
          <w:sz w:val="20"/>
        </w:rPr>
        <w:t>Fahrzeug-Identifizierungsnummer (FIN): ______________________</w:t>
      </w:r>
    </w:p>
    <w:p>
      <w:r>
        <w:rPr>
          <w:b w:val="0"/>
          <w:sz w:val="20"/>
        </w:rPr>
        <w:t>Amtliches Kennzeichen: ______________________________________</w:t>
      </w:r>
    </w:p>
    <w:p>
      <w:r>
        <w:rPr>
          <w:b w:val="0"/>
          <w:sz w:val="20"/>
        </w:rPr>
        <w:t>Erstzulassung: _____________________________________________</w:t>
      </w:r>
    </w:p>
    <w:p>
      <w:r>
        <w:rPr>
          <w:b w:val="0"/>
          <w:sz w:val="20"/>
        </w:rPr>
        <w:t>Kilometerstand: _____________________________________________</w:t>
      </w:r>
    </w:p>
    <w:p/>
    <w:p>
      <w:r>
        <w:rPr>
          <w:b/>
          <w:sz w:val="20"/>
        </w:rPr>
        <w:t>§1 Gegenstand der Überlassung</w:t>
      </w:r>
    </w:p>
    <w:p>
      <w:r>
        <w:rPr>
          <w:b w:val="0"/>
          <w:sz w:val="20"/>
        </w:rPr>
        <w:t>Der Überlasser überlässt dem Übernehmer das oben genannte Fahrzeug zur Nutzung.</w:t>
      </w:r>
    </w:p>
    <w:p/>
    <w:p>
      <w:r>
        <w:rPr>
          <w:b/>
          <w:sz w:val="20"/>
        </w:rPr>
        <w:t>§2 Art und Zweck der Überlassung</w:t>
      </w:r>
    </w:p>
    <w:p>
      <w:r>
        <w:rPr>
          <w:b w:val="0"/>
          <w:sz w:val="20"/>
        </w:rPr>
        <w:t>Die Überlassung erfolgt unentgeltlich / entgeltlich (bitte Zutreffendes ankreuzen).</w:t>
      </w:r>
    </w:p>
    <w:p>
      <w:r>
        <w:rPr>
          <w:b w:val="0"/>
          <w:sz w:val="20"/>
        </w:rPr>
        <w:t>Zweck der Überlassung: ____________________________________________</w:t>
      </w:r>
    </w:p>
    <w:p/>
    <w:p>
      <w:r>
        <w:rPr>
          <w:b/>
          <w:sz w:val="20"/>
        </w:rPr>
        <w:t>§3 Dauer der Überlassung</w:t>
      </w:r>
    </w:p>
    <w:p>
      <w:r>
        <w:rPr>
          <w:b w:val="0"/>
          <w:sz w:val="20"/>
        </w:rPr>
        <w:t>Die Überlassung beginnt am: ______________________________________</w:t>
      </w:r>
    </w:p>
    <w:p>
      <w:r>
        <w:rPr>
          <w:b w:val="0"/>
          <w:sz w:val="20"/>
        </w:rPr>
        <w:t>und endet am: ___________________________________________________</w:t>
      </w:r>
    </w:p>
    <w:p/>
    <w:p>
      <w:r>
        <w:rPr>
          <w:b/>
          <w:sz w:val="20"/>
        </w:rPr>
        <w:t>§4 Pflichten des Übernehmers</w:t>
      </w:r>
    </w:p>
    <w:p>
      <w:r>
        <w:rPr>
          <w:b w:val="0"/>
          <w:sz w:val="20"/>
        </w:rPr>
        <w:t>Der Übernehmer verpflichtet sich,</w:t>
      </w:r>
    </w:p>
    <w:p>
      <w:r>
        <w:rPr>
          <w:b w:val="0"/>
          <w:sz w:val="20"/>
        </w:rPr>
        <w:t>a) das Fahrzeug sorgsam und vorschriftsgemäß zu nutzen.</w:t>
      </w:r>
    </w:p>
    <w:p>
      <w:r>
        <w:rPr>
          <w:b w:val="0"/>
          <w:sz w:val="20"/>
        </w:rPr>
        <w:t>b) die jeweils gültigen Verkehrs- und Zulassungsvorschriften einzuhalten.</w:t>
      </w:r>
    </w:p>
    <w:p>
      <w:r>
        <w:rPr>
          <w:b w:val="0"/>
          <w:sz w:val="20"/>
        </w:rPr>
        <w:t>c) das Fahrzeug ausschließlich für den vereinbarten Zweck zu verwenden.</w:t>
      </w:r>
    </w:p>
    <w:p>
      <w:r>
        <w:rPr>
          <w:b w:val="0"/>
          <w:sz w:val="20"/>
        </w:rPr>
        <w:t>d) das Fahrzeug pfleglich zu behandeln und Schäden unverzüglich zu melden.</w:t>
      </w:r>
    </w:p>
    <w:p>
      <w:r>
        <w:rPr>
          <w:b w:val="0"/>
          <w:sz w:val="20"/>
        </w:rPr>
        <w:t>e) das Fahrzeug nicht ohne Zustimmung des Überlassers an Dritte weiterzugeben.</w:t>
      </w:r>
    </w:p>
    <w:p>
      <w:r>
        <w:rPr>
          <w:b w:val="0"/>
          <w:sz w:val="20"/>
        </w:rPr>
        <w:t>f) das Fahrzeug am Ende der Überlassungsdauer in ordnungsgemäßem Zustand zurückzugeben.</w:t>
      </w:r>
    </w:p>
    <w:p/>
    <w:p>
      <w:r>
        <w:rPr>
          <w:b/>
          <w:sz w:val="20"/>
        </w:rPr>
        <w:t>§5 Haftung und Versicherung</w:t>
      </w:r>
    </w:p>
    <w:p>
      <w:r>
        <w:rPr>
          <w:b w:val="0"/>
          <w:sz w:val="20"/>
        </w:rPr>
        <w:t>Der Überlasser bestätigt, dass das Fahrzeug haftpflichtversichert ist.</w:t>
      </w:r>
    </w:p>
    <w:p>
      <w:r>
        <w:rPr>
          <w:b w:val="0"/>
          <w:sz w:val="20"/>
        </w:rPr>
        <w:t>Der Übernehmer haftet für alle Schäden, die durch unsachgemäße Nutzung entstehen.</w:t>
      </w:r>
    </w:p>
    <w:p>
      <w:r>
        <w:rPr>
          <w:b w:val="0"/>
          <w:sz w:val="20"/>
        </w:rPr>
        <w:t>Der Übernehmer ist verpflichtet, bei Unfällen oder Schäden den Überlasser unverzüglich zu informieren.</w:t>
      </w:r>
    </w:p>
    <w:p>
      <w:r>
        <w:rPr>
          <w:b w:val="0"/>
          <w:sz w:val="20"/>
        </w:rPr>
        <w:t>Etwaige Selbstbeteiligungen aus der Versicherung trägt der Übernehmer.</w:t>
      </w:r>
    </w:p>
    <w:p/>
    <w:p>
      <w:r>
        <w:rPr>
          <w:b/>
          <w:sz w:val="20"/>
        </w:rPr>
        <w:t>§6 Wartung und Reparaturen</w:t>
      </w:r>
    </w:p>
    <w:p>
      <w:r>
        <w:rPr>
          <w:b w:val="0"/>
          <w:sz w:val="20"/>
        </w:rPr>
        <w:t>Der Überlasser übernimmt die regelmäßige Wartung und Instandhaltung des Fahrzeugs.</w:t>
      </w:r>
    </w:p>
    <w:p>
      <w:r>
        <w:rPr>
          <w:b w:val="0"/>
          <w:sz w:val="20"/>
        </w:rPr>
        <w:t>Notwendige Reparaturen, die durch den Übernehmer verursacht wurden, trägt dieser.</w:t>
      </w:r>
    </w:p>
    <w:p>
      <w:r>
        <w:rPr>
          <w:b w:val="0"/>
          <w:sz w:val="20"/>
        </w:rPr>
        <w:t>Der Übernehmer informiert den Überlasser umgehend über notwendige Reparaturen.</w:t>
      </w:r>
    </w:p>
    <w:p/>
    <w:p>
      <w:r>
        <w:rPr>
          <w:b/>
          <w:sz w:val="20"/>
        </w:rPr>
        <w:t>§7 Rückgabe des Fahrzeugs</w:t>
      </w:r>
    </w:p>
    <w:p>
      <w:r>
        <w:rPr>
          <w:b w:val="0"/>
          <w:sz w:val="20"/>
        </w:rPr>
        <w:t>Der Übernehmer gibt das Fahrzeug zum Ende der Überlassungsdauer zurück.</w:t>
      </w:r>
    </w:p>
    <w:p>
      <w:r>
        <w:rPr>
          <w:b w:val="0"/>
          <w:sz w:val="20"/>
        </w:rPr>
        <w:t>Das Fahrzeug ist in sauberem und verkehrssicherem Zustand zurückzugeben.</w:t>
      </w:r>
    </w:p>
    <w:p>
      <w:r>
        <w:rPr>
          <w:b w:val="0"/>
          <w:sz w:val="20"/>
        </w:rPr>
        <w:t>Etwaige Schäden, die über normale Abnutzung hinausgehen, sind vom Übernehmer zu ersetzen.</w:t>
      </w:r>
    </w:p>
    <w:p/>
    <w:p>
      <w:r>
        <w:rPr>
          <w:b/>
          <w:sz w:val="20"/>
        </w:rPr>
        <w:t>§8 Sonstige Vereinbarungen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§9 Salvatorische Klausel</w:t>
      </w:r>
    </w:p>
    <w:p>
      <w:r>
        <w:rPr>
          <w:b w:val="0"/>
          <w:sz w:val="20"/>
        </w:rPr>
        <w:t>Sollten einzelne Bestimmungen dieses Vertrages unwirksam sein oder werden, so bleibt die Wirksamkeit der übrigen Bestimmungen unberührt.</w:t>
      </w:r>
    </w:p>
    <w:p/>
    <w:p>
      <w:r>
        <w:rPr>
          <w:b/>
          <w:sz w:val="20"/>
        </w:rPr>
        <w:t>§10 Gerichtsstand</w:t>
      </w:r>
    </w:p>
    <w:p>
      <w:r>
        <w:rPr>
          <w:b w:val="0"/>
          <w:sz w:val="20"/>
        </w:rPr>
        <w:t>Gerichtsstand für alle Streitigkeiten aus diesem Vertrag ist der Wohnsitz des Überlassers, soweit gesetzlich zulässig.</w:t>
      </w:r>
    </w:p>
    <w:p/>
    <w:p/>
    <w:p>
      <w:r>
        <w:rPr>
          <w:b/>
          <w:sz w:val="20"/>
        </w:rPr>
        <w:t>Die Parteien bestätigen mit ihrer Unterschrift die Richtigkeit und Vollständigkeit der Angaben sowie ihr Einverständnis mit den Vertragsbedingungen.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819"/>
          </w:tcPr>
          <w:p>
            <w:pPr>
              <w:jc w:val="center"/>
            </w:pPr>
            <w:r>
              <w:rPr>
                <w:b/>
              </w:rPr>
              <w:t>Überlasser</w:t>
            </w:r>
          </w:p>
        </w:tc>
        <w:tc>
          <w:tcPr>
            <w:tcW w:type="dxa" w:w="4819"/>
          </w:tcPr>
          <w:p>
            <w:pPr>
              <w:jc w:val="center"/>
            </w:pPr>
            <w:r>
              <w:rPr>
                <w:b/>
              </w:rPr>
              <w:t>Übernehmer</w:t>
            </w:r>
          </w:p>
        </w:tc>
      </w:tr>
      <w:tr>
        <w:tc>
          <w:tcPr>
            <w:tcW w:type="dxa" w:w="4819"/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  <w:tc>
          <w:tcPr>
            <w:tcW w:type="dxa" w:w="4819"/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https://verkehr-experte.com/kfz-uberlassungsvertrag-privat/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kfz-uberlassungsvertrag-privat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