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KURS ABMELDUNG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____________________________________________________________</w:t>
      </w:r>
    </w:p>
    <w:p>
      <w:r>
        <w:rPr>
          <w:b w:val="0"/>
          <w:sz w:val="20"/>
        </w:rPr>
        <w:t>Telefon/E-Mail: _______________________________________________________</w:t>
      </w:r>
    </w:p>
    <w:p/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der Bildungseinrichtung / Kursanbieter: __________________________</w:t>
      </w:r>
    </w:p>
    <w:p>
      <w:r>
        <w:rPr>
          <w:b w:val="0"/>
          <w:sz w:val="20"/>
        </w:rPr>
        <w:t>Anschrift: ____________________________________________________________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Abmeldung vom Kurs / der Weiterbildung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melde ich mich vom folgenden Kurs ab:</w:t>
      </w:r>
    </w:p>
    <w:p>
      <w:r>
        <w:rPr>
          <w:b w:val="0"/>
          <w:sz w:val="20"/>
        </w:rPr>
        <w:t>Kursname: _____________________________________________________________</w:t>
      </w:r>
    </w:p>
    <w:p>
      <w:r>
        <w:rPr>
          <w:b w:val="0"/>
          <w:sz w:val="20"/>
        </w:rPr>
        <w:t>Kursnummer (falls vorhanden): __________________________________________</w:t>
      </w:r>
    </w:p>
    <w:p>
      <w:r>
        <w:rPr>
          <w:b w:val="0"/>
          <w:sz w:val="20"/>
        </w:rPr>
        <w:t>Kursort (falls relevant): _______________________________________________</w:t>
      </w:r>
    </w:p>
    <w:p/>
    <w:p>
      <w:r>
        <w:rPr>
          <w:b w:val="0"/>
          <w:sz w:val="20"/>
        </w:rPr>
        <w:t>Die Abmeldung erfolgt hiermit fristgerecht und verbindlich. Ich bitte Sie, mir den Erhalt dieser Abmeldung schriftlich zu bestätigen und gegebenenfalls bereits gezahlte Kursgebühren zurückzuerstatten bzw. offene Zahlungen zu bestätigen.</w:t>
      </w:r>
    </w:p>
    <w:p/>
    <w:p>
      <w:r>
        <w:rPr>
          <w:b w:val="0"/>
          <w:sz w:val="20"/>
        </w:rPr>
        <w:t>Bitte beachten Sie, dass ich mit dieser Abmeldung keine weiteren Verpflichtungen bezüglich des oben genannten Kurses eingehe.</w:t>
      </w:r>
    </w:p>
    <w:p/>
    <w:p/>
    <w:p/>
    <w:p>
      <w:r>
        <w:rPr>
          <w:b w:val="0"/>
          <w:sz w:val="20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</w:t>
            </w:r>
          </w:p>
        </w:tc>
      </w:tr>
    </w:tbl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https://verkehr-experte.com/kurs-abmelden-brief/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kurs-abmelden-brief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