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KFZ / UMOWA SPRZEDAŻY SAMOCHODU</w:t>
      </w:r>
    </w:p>
    <w:p/>
    <w:p/>
    <w:p>
      <w:r>
        <w:rPr>
          <w:b/>
          <w:sz w:val="24"/>
        </w:rPr>
        <w:t>Verkäufer / Sprzedawca</w:t>
      </w:r>
    </w:p>
    <w:p>
      <w:r>
        <w:rPr>
          <w:b w:val="0"/>
          <w:sz w:val="20"/>
        </w:rPr>
        <w:t>Name / Imię i nazwisko:</w:t>
      </w:r>
    </w:p>
    <w:p>
      <w:r>
        <w:rPr>
          <w:b w:val="0"/>
          <w:sz w:val="20"/>
        </w:rPr>
        <w:t>Adresse / Adres:</w:t>
      </w:r>
    </w:p>
    <w:p>
      <w:r>
        <w:rPr>
          <w:b w:val="0"/>
          <w:sz w:val="20"/>
        </w:rPr>
        <w:t>Telefon / Telefon:</w:t>
      </w:r>
    </w:p>
    <w:p>
      <w:r>
        <w:rPr>
          <w:b w:val="0"/>
          <w:sz w:val="20"/>
        </w:rPr>
        <w:t>E-Mail / E-mail:</w:t>
      </w:r>
    </w:p>
    <w:p/>
    <w:p>
      <w:r>
        <w:rPr>
          <w:b/>
          <w:sz w:val="24"/>
        </w:rPr>
        <w:t>Käufer / Kupujący</w:t>
      </w:r>
    </w:p>
    <w:p>
      <w:r>
        <w:rPr>
          <w:b w:val="0"/>
          <w:sz w:val="20"/>
        </w:rPr>
        <w:t>Name / Imię i nazwisko:</w:t>
      </w:r>
    </w:p>
    <w:p>
      <w:r>
        <w:rPr>
          <w:b w:val="0"/>
          <w:sz w:val="20"/>
        </w:rPr>
        <w:t>Adresse / Adres:</w:t>
      </w:r>
    </w:p>
    <w:p>
      <w:r>
        <w:rPr>
          <w:b w:val="0"/>
          <w:sz w:val="20"/>
        </w:rPr>
        <w:t>Telefon / Telefon:</w:t>
      </w:r>
    </w:p>
    <w:p>
      <w:r>
        <w:rPr>
          <w:b w:val="0"/>
          <w:sz w:val="20"/>
        </w:rPr>
        <w:t>E-Mail / E-mail:</w:t>
      </w:r>
    </w:p>
    <w:p/>
    <w:p/>
    <w:p>
      <w:r>
        <w:rPr>
          <w:b/>
          <w:sz w:val="24"/>
        </w:rPr>
        <w:t>Fahrzeugdaten / Dane pojazdu</w:t>
      </w:r>
    </w:p>
    <w:p>
      <w:r>
        <w:rPr>
          <w:b w:val="0"/>
          <w:sz w:val="20"/>
        </w:rPr>
        <w:t>Marke / Marka:</w:t>
      </w:r>
    </w:p>
    <w:p>
      <w:r>
        <w:rPr>
          <w:b w:val="0"/>
          <w:sz w:val="20"/>
        </w:rPr>
        <w:t>Modell / Model:</w:t>
      </w:r>
    </w:p>
    <w:p>
      <w:r>
        <w:rPr>
          <w:b w:val="0"/>
          <w:sz w:val="20"/>
        </w:rPr>
        <w:t>Fahrzeug-Identifizierungsnummer (FIN) / Numer identyfikacyjny pojazdu (VIN):</w:t>
      </w:r>
    </w:p>
    <w:p>
      <w:r>
        <w:rPr>
          <w:b w:val="0"/>
          <w:sz w:val="20"/>
        </w:rPr>
        <w:t>Erstzulassung / Pierwsza rejestracja:</w:t>
      </w:r>
    </w:p>
    <w:p>
      <w:r>
        <w:rPr>
          <w:b w:val="0"/>
          <w:sz w:val="20"/>
        </w:rPr>
        <w:t>Kilometerstand / Przebieg (km):</w:t>
      </w:r>
    </w:p>
    <w:p>
      <w:r>
        <w:rPr>
          <w:b w:val="0"/>
          <w:sz w:val="20"/>
        </w:rPr>
        <w:t>Farbe / Kolor:</w:t>
      </w:r>
    </w:p>
    <w:p>
      <w:r>
        <w:rPr>
          <w:b w:val="0"/>
          <w:sz w:val="20"/>
        </w:rPr>
        <w:t>Amtliches Kennzeichen / Numer rejestracyjny:</w:t>
      </w:r>
    </w:p>
    <w:p>
      <w:r>
        <w:rPr>
          <w:b w:val="0"/>
          <w:sz w:val="20"/>
        </w:rPr>
        <w:t>HU/AU gültig bis / Przegląd techniczny ważny do:</w:t>
      </w:r>
    </w:p>
    <w:p/>
    <w:p/>
    <w:p>
      <w:r>
        <w:rPr>
          <w:b/>
          <w:sz w:val="24"/>
        </w:rPr>
        <w:t>Kaufpreis / Cena kupna</w:t>
      </w:r>
    </w:p>
    <w:p>
      <w:r>
        <w:rPr>
          <w:b w:val="0"/>
          <w:sz w:val="20"/>
        </w:rPr>
        <w:t>Gesamtpreis in Euro (inkl. MwSt. falls ausgewiesen) / Cena łącznie w Euro (z VAT, jeśli jest):</w:t>
      </w:r>
    </w:p>
    <w:p>
      <w:r>
        <w:rPr>
          <w:b w:val="0"/>
          <w:sz w:val="20"/>
        </w:rPr>
        <w:t>Zahlungsart / Forma płatności:</w:t>
      </w:r>
    </w:p>
    <w:p/>
    <w:p/>
    <w:p>
      <w:r>
        <w:rPr>
          <w:b/>
          <w:sz w:val="24"/>
        </w:rPr>
        <w:t>Übergabe und Eigentumsübergang / Przekazanie i przeniesienie własności</w:t>
      </w:r>
    </w:p>
    <w:p>
      <w:r>
        <w:rPr>
          <w:b w:val="0"/>
          <w:sz w:val="20"/>
        </w:rPr>
        <w:t>Das Fahrzeug wird übergeben und geht mit vollständiger Zahlung in das Eigentum des Käufers über.</w:t>
      </w:r>
    </w:p>
    <w:p>
      <w:r>
        <w:rPr>
          <w:b w:val="0"/>
          <w:sz w:val="20"/>
        </w:rPr>
        <w:t>Fahrzeugübergabe am / Przekazanie pojazdu dnia:</w:t>
      </w:r>
    </w:p>
    <w:p/>
    <w:p/>
    <w:p>
      <w:r>
        <w:rPr>
          <w:b/>
          <w:sz w:val="24"/>
        </w:rPr>
        <w:t>Zustand des Fahrzeugs / Stan pojazdu</w:t>
      </w:r>
    </w:p>
    <w:p>
      <w:r>
        <w:rPr>
          <w:b w:val="0"/>
          <w:sz w:val="20"/>
        </w:rPr>
        <w:t>Das Fahrzeug wird wie besichtigt und probegefahren verkauft. Es wird keine Garantie oder Gewährleistung übernommen, außer:</w:t>
      </w:r>
    </w:p>
    <w:p>
      <w:r>
        <w:rPr>
          <w:b w:val="0"/>
          <w:sz w:val="20"/>
        </w:rPr>
        <w:t>--------------------------------------------------------------------------------</w:t>
      </w:r>
    </w:p>
    <w:p>
      <w:r>
        <w:rPr>
          <w:b w:val="0"/>
          <w:sz w:val="20"/>
        </w:rPr>
        <w:t>(Hier ggf. besondere Vereinbarungen eintragen) / (Tu wpisz szczególne ustalenia)</w:t>
      </w:r>
    </w:p>
    <w:p>
      <w:r>
        <w:rPr>
          <w:b w:val="0"/>
          <w:sz w:val="20"/>
        </w:rPr>
        <w:t>--------------------------------------------------------------------------------</w:t>
      </w:r>
    </w:p>
    <w:p/>
    <w:p/>
    <w:p>
      <w:r>
        <w:rPr>
          <w:b/>
          <w:sz w:val="24"/>
        </w:rPr>
        <w:t>Sonstige Vereinbarungen / Inne ustalenia</w:t>
      </w:r>
    </w:p>
    <w:p>
      <w:r>
        <w:rPr>
          <w:b w:val="0"/>
          <w:sz w:val="20"/>
        </w:rPr>
        <w:t>--------------------------------------------------------------------------------</w:t>
      </w:r>
    </w:p>
    <w:p>
      <w:r>
        <w:rPr>
          <w:b w:val="0"/>
          <w:sz w:val="20"/>
        </w:rPr>
        <w:t>(Hier ggf. weitere Absprachen eintragen) / (Tu wpisz dodatkowe ustalenia)</w:t>
      </w:r>
    </w:p>
    <w:p>
      <w:r>
        <w:rPr>
          <w:b w:val="0"/>
          <w:sz w:val="20"/>
        </w:rPr>
        <w:t>--------------------------------------------------------------------------------</w:t>
      </w:r>
    </w:p>
    <w:p/>
    <w:p/>
    <w:p>
      <w:r>
        <w:rPr>
          <w:b/>
          <w:sz w:val="20"/>
        </w:rPr>
        <w:t>Der Verkäufer verkauft das Fahrzeug unter Ausschluss jeglicher Sachmängelhaftung, soweit gesetzlich zulässig. Der Käufer bestätigt, das Fahrzeug besichtigt und Probe gefahren zu haben.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 / Sprzedawca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 / Kupujący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/ Podpis:</w:t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/ Podpis:</w:t>
              <w:br/>
              <w:br/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 / Imię i nazwisko czytelnie: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 / Imię i nazwisko czytelnie: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https://verkehr-experte.com/mobile.de-kaufvertrag-deutsch-polnisch/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mobile.de-kaufvertrag-deutsch-polnisch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