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WIDERRUF / WIDERSPRUCH GEGEN PARK &amp; CONTROL ANORDNUNG</w:t>
      </w:r>
    </w:p>
    <w:p/>
    <w:p/>
    <w:p>
      <w:r>
        <w:rPr>
          <w:b w:val="0"/>
          <w:sz w:val="22"/>
        </w:rPr>
        <w:t>An</w:t>
      </w:r>
    </w:p>
    <w:p>
      <w:r>
        <w:rPr>
          <w:b/>
          <w:sz w:val="22"/>
        </w:rPr>
        <w:t>[Name und Anschrift der Park &amp; Control Gesellschaft]</w:t>
      </w:r>
    </w:p>
    <w:p>
      <w:r>
        <w:rPr>
          <w:b w:val="0"/>
          <w:sz w:val="22"/>
        </w:rPr>
      </w:r>
    </w:p>
    <w:p>
      <w:r>
        <w:rPr>
          <w:b w:val="0"/>
          <w:sz w:val="22"/>
        </w:rPr>
        <w:t>Betreff: Widerspruch gegen den Bescheid / die Anordnung</w:t>
      </w:r>
    </w:p>
    <w:p/>
    <w:p>
      <w:r>
        <w:rPr>
          <w:b w:val="0"/>
          <w:sz w:val="22"/>
        </w:rPr>
        <w:t>Aktenzeichen / Vorgangsnummer:</w:t>
      </w:r>
    </w:p>
    <w:p>
      <w:r>
        <w:rPr>
          <w:b w:val="0"/>
          <w:sz w:val="22"/>
        </w:rPr>
        <w:t>Nummer des Bescheids:</w:t>
      </w:r>
    </w:p>
    <w:p>
      <w:r>
        <w:rPr>
          <w:b w:val="0"/>
          <w:sz w:val="22"/>
        </w:rPr>
        <w:t>Kennzeichen des Fahrzeugs:</w:t>
      </w:r>
    </w:p>
    <w:p/>
    <w:p>
      <w:r>
        <w:rPr>
          <w:b w:val="0"/>
          <w:sz w:val="22"/>
        </w:rPr>
        <w:t>Sehr geehrte Damen und Herren,</w:t>
      </w:r>
    </w:p>
    <w:p/>
    <w:p>
      <w:r>
        <w:rPr>
          <w:b w:val="0"/>
          <w:sz w:val="22"/>
        </w:rPr>
        <w:t>hiermit lege ich Widerspruch gegen den oben genannten Bescheid bzw. die Anordnung ein. Ich bestreite die Richtigkeit bzw. Rechtmäßigkeit der Forderung und fordere Sie auf, den Vorgang zu prüfen und den Bescheid aufzuheben.</w:t>
      </w:r>
    </w:p>
    <w:p/>
    <w:p>
      <w:r>
        <w:rPr>
          <w:b w:val="0"/>
          <w:sz w:val="22"/>
        </w:rPr>
        <w:t>Begründung:</w:t>
      </w:r>
    </w:p>
    <w:p>
      <w:r>
        <w:rPr>
          <w:b w:val="0"/>
          <w:sz w:val="22"/>
        </w:rPr>
        <w:t>____________________________________________________________________________________</w:t>
      </w:r>
    </w:p>
    <w:p>
      <w:r>
        <w:rPr>
          <w:b w:val="0"/>
          <w:sz w:val="22"/>
        </w:rPr>
        <w:t>____________________________________________________________________________________</w:t>
      </w:r>
    </w:p>
    <w:p>
      <w:r>
        <w:rPr>
          <w:b w:val="0"/>
          <w:sz w:val="22"/>
        </w:rPr>
        <w:t>____________________________________________________________________________________</w:t>
      </w:r>
    </w:p>
    <w:p>
      <w:r>
        <w:rPr>
          <w:b w:val="0"/>
          <w:sz w:val="22"/>
        </w:rPr>
        <w:t>____________________________________________________________________________________</w:t>
      </w:r>
    </w:p>
    <w:p/>
    <w:p>
      <w:r>
        <w:rPr>
          <w:b w:val="0"/>
          <w:sz w:val="22"/>
        </w:rPr>
        <w:t>Ich fordere Sie auf, alle weiteren Maßnahmen bis zur abschließenden Klärung auszusetzen.</w:t>
      </w:r>
    </w:p>
    <w:p/>
    <w:p>
      <w:r>
        <w:rPr>
          <w:b w:val="0"/>
          <w:sz w:val="22"/>
        </w:rPr>
        <w:t>Mit freundlichen Grüßen</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Name / Vorname</w:t>
            </w:r>
          </w:p>
        </w:tc>
        <w:tc>
          <w:tcPr>
            <w:tcW w:type="dxa" w:w="4986"/>
            <w:tcBorders>
              <w:top w:val="nil"/>
              <w:left w:val="nil"/>
              <w:bottom w:val="nil"/>
              <w:right w:val="nil"/>
              <w:insideH w:val="nil"/>
              <w:insideV w:val="nil"/>
            </w:tcBorders>
          </w:tcPr>
          <w:p>
            <w:pPr>
              <w:jc w:val="center"/>
            </w:pPr>
            <w:r>
              <w:t>Datum</w:t>
            </w:r>
          </w:p>
        </w:tc>
      </w:tr>
      <w:tr>
        <w:tc>
          <w:tcPr>
            <w:tcW w:type="dxa" w:w="4986"/>
            <w:tcBorders>
              <w:top w:val="nil"/>
              <w:left w:val="nil"/>
              <w:bottom w:val="nil"/>
              <w:right w:val="nil"/>
              <w:insideH w:val="nil"/>
              <w:insideV w:val="nil"/>
            </w:tcBorders>
          </w:tcPr>
          <w:p>
            <w:pPr>
              <w:jc w:val="center"/>
            </w:pPr>
            <w:r>
              <w:br/>
              <w:br/>
              <w:t>________________________________</w:t>
            </w:r>
          </w:p>
        </w:tc>
        <w:tc>
          <w:tcPr>
            <w:tcW w:type="dxa" w:w="4986"/>
            <w:tcBorders>
              <w:top w:val="nil"/>
              <w:left w:val="nil"/>
              <w:bottom w:val="nil"/>
              <w:right w:val="nil"/>
              <w:insideH w:val="nil"/>
              <w:insideV w:val="nil"/>
            </w:tcBorders>
          </w:tcPr>
          <w:p>
            <w:pPr>
              <w:jc w:val="center"/>
            </w:pPr>
            <w:r>
              <w:br/>
              <w:br/>
              <w:t>________________________________</w:t>
            </w:r>
          </w:p>
        </w:tc>
      </w:tr>
      <w:tr>
        <w:tc>
          <w:tcPr>
            <w:tcW w:type="dxa" w:w="4986"/>
            <w:tcBorders>
              <w:top w:val="nil"/>
              <w:left w:val="nil"/>
              <w:bottom w:val="nil"/>
              <w:right w:val="nil"/>
              <w:insideH w:val="nil"/>
              <w:insideV w:val="nil"/>
            </w:tcBorders>
          </w:tcPr>
          <w:p>
            <w:pPr>
              <w:jc w:val="center"/>
            </w:pPr>
            <w:r>
              <w:t>Unterschrift</w:t>
            </w:r>
          </w:p>
        </w:tc>
        <w:tc>
          <w:tcPr>
            <w:tcW w:type="dxa" w:w="4986"/>
            <w:tcBorders>
              <w:top w:val="nil"/>
              <w:left w:val="nil"/>
              <w:bottom w:val="nil"/>
              <w:right w:val="nil"/>
              <w:insideH w:val="nil"/>
              <w:insideV w:val="nil"/>
            </w:tcBorders>
          </w:tcPr>
          <w:p>
            <w:pPr>
              <w:jc w:val="center"/>
            </w:pPr>
            <w:r/>
          </w:p>
        </w:tc>
      </w:tr>
    </w:tbl>
    <w:p/>
    <w:p/>
    <w:p>
      <w:r>
        <w:rPr>
          <w:i/>
          <w:sz w:val="16"/>
        </w:rPr>
        <w:t>Hinweis: Dieses Schreiben stellt einen formellen Widerspruch dar. Bitte beachten Sie, dass die rechtliche Wirksamkeit von den individuellen Umständen abhängt. Im Zweifel konsultieren Sie bitte einen Rechtsanwalt oder eine Verbraucherberatungsstelle.</w:t>
      </w:r>
    </w:p>
    <w:p>
      <w:r>
        <w:br w:type="page"/>
      </w:r>
    </w:p>
    <w:p>
      <w:pPr>
        <w:jc w:val="center"/>
      </w:pPr>
      <w:r>
        <w:rPr>
          <w:color w:val="555555"/>
          <w:sz w:val="24"/>
        </w:rPr>
        <w:t>Originalquelle dieses Dokuments:</w:t>
      </w:r>
    </w:p>
    <w:p>
      <w:pPr>
        <w:jc w:val="center"/>
      </w:pPr>
      <w:hyperlink r:id="rId9">
        <w:r>
          <w:rPr>
            <w:color w:val="0000FF"/>
            <w:u w:val="single"/>
          </w:rPr>
          <w:t>https://verkehr-experte.com/park-&amp;-control-widerspruch/</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https://verkehr-experte.com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verkehr-experte.com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kehr-experte.com/park-&amp;-control-widerspruch/" TargetMode="External"/><Relationship Id="rId10" Type="http://schemas.openxmlformats.org/officeDocument/2006/relationships/hyperlink" Target="https://verkehr-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