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WIDERRUF / WIDERSPRUCH GEGEN DIE SCHADENREGULIERUNG DER SIXT SE</w:t>
      </w:r>
    </w:p>
    <w:p/>
    <w:p/>
    <w:p>
      <w:r>
        <w:rPr>
          <w:b/>
          <w:sz w:val="22"/>
        </w:rPr>
        <w:t>Sixt SE</w:t>
      </w:r>
    </w:p>
    <w:p>
      <w:r>
        <w:rPr>
          <w:b w:val="0"/>
          <w:sz w:val="22"/>
        </w:rPr>
        <w:t>Effnerstraße 21</w:t>
      </w:r>
    </w:p>
    <w:p>
      <w:r>
        <w:rPr>
          <w:b w:val="0"/>
          <w:sz w:val="22"/>
        </w:rPr>
        <w:t>80797 München</w:t>
      </w:r>
    </w:p>
    <w:p/>
    <w:p/>
    <w:p>
      <w:r>
        <w:rPr>
          <w:b/>
          <w:sz w:val="22"/>
        </w:rPr>
        <w:t>Absender:</w:t>
      </w:r>
    </w:p>
    <w:p>
      <w:r>
        <w:rPr>
          <w:b w:val="0"/>
          <w:sz w:val="22"/>
        </w:rPr>
        <w:t>Name: ________________________________________________</w:t>
      </w:r>
    </w:p>
    <w:p>
      <w:r>
        <w:rPr>
          <w:b w:val="0"/>
          <w:sz w:val="22"/>
        </w:rPr>
        <w:t>Anschrift: _____________________________________________</w:t>
      </w:r>
    </w:p>
    <w:p>
      <w:r>
        <w:rPr>
          <w:b w:val="0"/>
          <w:sz w:val="22"/>
        </w:rPr>
        <w:t>Telefon: ______________________________________________</w:t>
      </w:r>
    </w:p>
    <w:p>
      <w:r>
        <w:rPr>
          <w:b w:val="0"/>
          <w:sz w:val="22"/>
        </w:rPr>
        <w:t>E-Mail: _______________________________________________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Widerspruch gegen die Schadensregulierung / Schaden-Nr.: ___________________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lege ich Widerspruch gegen die Regulierung des Schadens mit der o.g. Schaden-Nr. ein. Ich bestreite ausdrücklich die von Ihnen geltend gemachten Ansprüche und fordere Sie auf, mir eine vollständige und nachvollziehbare Schadensaufstellung sowie die rechtliche Grundlage Ihrer Forderung schriftlich mitzuteilen.</w:t>
      </w:r>
    </w:p>
    <w:p/>
    <w:p>
      <w:r>
        <w:rPr>
          <w:b w:val="0"/>
          <w:sz w:val="22"/>
        </w:rPr>
        <w:t>Ich weise darauf hin, dass ich die Angelegenheit sorgfältig prüfe und gegebenenfalls rechtliche Schritte einleiten werde, sollte keine einvernehmliche Klärung erfolgen.</w:t>
      </w:r>
    </w:p>
    <w:p/>
    <w:p>
      <w:r>
        <w:rPr>
          <w:b w:val="0"/>
          <w:sz w:val="22"/>
        </w:rPr>
        <w:t>Bitte bestätigen Sie mir den Eingang dieses Widerspruchs schriftlich und stellen Sie alle weiteren Korrespondenzen ausschließlich schriftlich an die oben angegebene Adresse.</w:t>
      </w:r>
    </w:p>
    <w:p/>
    <w:p/>
    <w:p>
      <w:r>
        <w:rPr>
          <w:b w:val="0"/>
          <w:sz w:val="22"/>
        </w:rPr>
        <w:t>Mit freundlichen Grüßen,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https://verkehr-experte.com/sixt-schaden-widerspruch/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https://verkehr-experte.com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verkehr-experte.com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kehr-experte.com/sixt-schaden-widerspruch/" TargetMode="External"/><Relationship Id="rId10" Type="http://schemas.openxmlformats.org/officeDocument/2006/relationships/hyperlink" Target="https://verkehr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