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TANKLISTE</w:t>
      </w:r>
    </w:p>
    <w:p/>
    <w:p/>
    <w:p>
      <w:r>
        <w:rPr>
          <w:b/>
          <w:sz w:val="24"/>
        </w:rPr>
        <w:t>Fahrzeugdaten</w:t>
      </w:r>
    </w:p>
    <w:p>
      <w:r>
        <w:rPr>
          <w:b w:val="0"/>
          <w:sz w:val="20"/>
        </w:rPr>
        <w:t>Kennzeichen: ________________________________________________</w:t>
      </w:r>
    </w:p>
    <w:p>
      <w:r>
        <w:rPr>
          <w:b w:val="0"/>
          <w:sz w:val="20"/>
        </w:rPr>
        <w:t>Fahrzeugtyp / Modell: __________________________________________</w:t>
      </w:r>
    </w:p>
    <w:p>
      <w:r>
        <w:rPr>
          <w:b w:val="0"/>
          <w:sz w:val="20"/>
        </w:rPr>
        <w:t>Fahrer: ______________________________________________________</w:t>
      </w:r>
    </w:p>
    <w:p/>
    <w:p>
      <w:r>
        <w:rPr>
          <w:b/>
          <w:sz w:val="24"/>
        </w:rPr>
        <w:t>Tankdaten</w:t>
      </w:r>
    </w:p>
    <w:tbl>
      <w:tblPr>
        <w:tblStyle w:val="TableGrid"/>
        <w:tblW w:type="auto" w:w="0"/>
        <w:tblLook w:firstColumn="1" w:firstRow="1" w:lastColumn="0" w:lastRow="0" w:noHBand="0" w:noVBand="1" w:val="04A0"/>
      </w:tblPr>
      <w:tblGrid>
        <w:gridCol w:w="1662"/>
        <w:gridCol w:w="1662"/>
        <w:gridCol w:w="1662"/>
        <w:gridCol w:w="1662"/>
        <w:gridCol w:w="1662"/>
        <w:gridCol w:w="1662"/>
      </w:tblGrid>
      <w:tr>
        <w:tc>
          <w:tcPr>
            <w:tcW w:type="dxa" w:w="1662"/>
          </w:tcPr>
          <w:p>
            <w:r>
              <w:t>Datum</w:t>
            </w:r>
          </w:p>
        </w:tc>
        <w:tc>
          <w:tcPr>
            <w:tcW w:type="dxa" w:w="1662"/>
          </w:tcPr>
          <w:p>
            <w:r>
              <w:t>Uhrzeit</w:t>
            </w:r>
          </w:p>
        </w:tc>
        <w:tc>
          <w:tcPr>
            <w:tcW w:type="dxa" w:w="1662"/>
          </w:tcPr>
          <w:p>
            <w:r>
              <w:t>Tankstelle</w:t>
            </w:r>
          </w:p>
        </w:tc>
        <w:tc>
          <w:tcPr>
            <w:tcW w:type="dxa" w:w="1662"/>
          </w:tcPr>
          <w:p>
            <w:r>
              <w:t>Kraftstoffart</w:t>
            </w:r>
          </w:p>
        </w:tc>
        <w:tc>
          <w:tcPr>
            <w:tcW w:type="dxa" w:w="1662"/>
          </w:tcPr>
          <w:p>
            <w:r>
              <w:t>Getankte Menge (Liter)</w:t>
            </w:r>
          </w:p>
        </w:tc>
        <w:tc>
          <w:tcPr>
            <w:tcW w:type="dxa" w:w="1662"/>
          </w:tcPr>
          <w:p>
            <w:r>
              <w:t>Kilometerstand</w:t>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bl>
    <w:p/>
    <w:p>
      <w:r>
        <w:rPr>
          <w:b/>
          <w:sz w:val="24"/>
        </w:rPr>
        <w:t>Rechtliche Hinweise und Nutzung</w:t>
      </w:r>
    </w:p>
    <w:p>
      <w:r>
        <w:rPr>
          <w:b w:val="0"/>
          <w:sz w:val="20"/>
        </w:rPr>
        <w:t>Diese Tankliste dient zur ordnungsgemäßen Dokumentation von Kraftstoffverbrauch und Fahrten im Betrieb. Die Angaben sind vollständig und wahrheitsgemäß auszufüllen. Das Fälschen oder Verändern dieser Liste kann rechtliche Konsequenzen nach sich ziehen.</w:t>
      </w:r>
    </w:p>
    <w:p/>
    <w:p>
      <w:r>
        <w:rPr>
          <w:b/>
          <w:sz w:val="24"/>
        </w:rPr>
        <w:t>Bestätigung</w:t>
      </w:r>
    </w:p>
    <w:tbl>
      <w:tblPr>
        <w:tblW w:type="auto" w:w="0"/>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Fahrer</w:t>
            </w:r>
          </w:p>
        </w:tc>
        <w:tc>
          <w:tcPr>
            <w:tcW w:type="dxa" w:w="4986"/>
            <w:tcBorders>
              <w:top w:val="nil"/>
              <w:left w:val="nil"/>
              <w:bottom w:val="nil"/>
              <w:right w:val="nil"/>
              <w:insideH w:val="nil"/>
              <w:insideV w:val="nil"/>
            </w:tcBorders>
          </w:tcPr>
          <w:p>
            <w:pPr>
              <w:jc w:val="center"/>
            </w:pPr>
            <w:r>
              <w:t>Fuhrparkleitung / Arbeitgeber</w:t>
            </w:r>
          </w:p>
        </w:tc>
      </w:tr>
      <w:tr>
        <w:tc>
          <w:tcPr>
            <w:tcW w:type="dxa" w:w="4986"/>
            <w:tcBorders>
              <w:top w:val="nil"/>
              <w:left w:val="nil"/>
              <w:bottom w:val="nil"/>
              <w:right w:val="nil"/>
              <w:insideH w:val="nil"/>
              <w:insideV w:val="nil"/>
            </w:tcBorders>
          </w:tcPr>
          <w:p>
            <w:pPr>
              <w:jc w:val="center"/>
            </w:pPr>
            <w:r>
              <w:br/>
              <w:br/>
              <w:t>Unterschrift:</w:t>
              <w:br/>
              <w:t>_________________________</w:t>
            </w:r>
          </w:p>
        </w:tc>
        <w:tc>
          <w:tcPr>
            <w:tcW w:type="dxa" w:w="4986"/>
            <w:tcBorders>
              <w:top w:val="nil"/>
              <w:left w:val="nil"/>
              <w:bottom w:val="nil"/>
              <w:right w:val="nil"/>
              <w:insideH w:val="nil"/>
              <w:insideV w:val="nil"/>
            </w:tcBorders>
          </w:tcPr>
          <w:p>
            <w:pPr>
              <w:jc w:val="center"/>
            </w:pPr>
            <w:r>
              <w:br/>
              <w:br/>
              <w:t>Unterschrift:</w:t>
              <w:br/>
              <w:t>_________________________</w:t>
            </w:r>
          </w:p>
        </w:tc>
      </w:tr>
      <w:tr>
        <w:tc>
          <w:tcPr>
            <w:tcW w:type="dxa" w:w="4986"/>
            <w:tcBorders>
              <w:top w:val="nil"/>
              <w:left w:val="nil"/>
              <w:bottom w:val="nil"/>
              <w:right w:val="nil"/>
              <w:insideH w:val="nil"/>
              <w:insideV w:val="nil"/>
            </w:tcBorders>
          </w:tcPr>
          <w:p>
            <w:pPr>
              <w:jc w:val="center"/>
            </w:pPr>
            <w:r>
              <w:t>Name (in Druckbuchstaben):</w:t>
              <w:br/>
              <w:t>_________________________</w:t>
            </w:r>
          </w:p>
        </w:tc>
        <w:tc>
          <w:tcPr>
            <w:tcW w:type="dxa" w:w="4986"/>
            <w:tcBorders>
              <w:top w:val="nil"/>
              <w:left w:val="nil"/>
              <w:bottom w:val="nil"/>
              <w:right w:val="nil"/>
              <w:insideH w:val="nil"/>
              <w:insideV w:val="nil"/>
            </w:tcBorders>
          </w:tcPr>
          <w:p>
            <w:pPr>
              <w:jc w:val="center"/>
            </w:pPr>
            <w:r>
              <w:t>Name (in Druckbuchstaben):</w:t>
              <w:br/>
              <w:t>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https://verkehr-experte.com/tankliste/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tankliste/"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