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TRANSPORTAUFTRAG</w:t>
      </w:r>
    </w:p>
    <w:p/>
    <w:p/>
    <w:p>
      <w:r>
        <w:rPr>
          <w:b/>
          <w:sz w:val="22"/>
        </w:rPr>
        <w:t>Auftraggeber (Name / Firma):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Telefon / E-Mail: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Auftragnehmer / Spediteur (Name / Firma):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Telefon / E-Mail: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Transportgut:</w:t>
      </w:r>
    </w:p>
    <w:p>
      <w:r>
        <w:rPr>
          <w:b w:val="0"/>
          <w:sz w:val="22"/>
        </w:rPr>
        <w:t>Bezeichnung / Art / Menge: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Gewicht (kg):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Besondere Hinweise zum Transportgut: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Abholort:</w:t>
      </w:r>
    </w:p>
    <w:p>
      <w:r>
        <w:rPr>
          <w:b w:val="0"/>
          <w:sz w:val="22"/>
        </w:rPr>
        <w:t>Name / Adresse / Ansprechpartner / Telefon: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Lieferort:</w:t>
      </w:r>
    </w:p>
    <w:p>
      <w:r>
        <w:rPr>
          <w:b w:val="0"/>
          <w:sz w:val="22"/>
        </w:rPr>
        <w:t>Name / Adresse / Ansprechpartner / Telefon: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Transportdetails:</w:t>
      </w:r>
    </w:p>
    <w:p>
      <w:r>
        <w:rPr>
          <w:b w:val="0"/>
          <w:sz w:val="22"/>
        </w:rPr>
        <w:t>Gewünschtes Transportdatum / Zeitraum: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Besondere Transportbedingungen (z. B. Kühlung, Gefahrgut):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Vergütung / Zahlungsbedingungen: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Haftung und Versicherung:</w:t>
      </w:r>
    </w:p>
    <w:p>
      <w:r>
        <w:rPr>
          <w:b w:val="0"/>
          <w:sz w:val="22"/>
        </w:rPr>
        <w:t>Der Auftragnehmer haftet für Verlust oder Beschädigung des Transportgutes nur im Rahmen der gesetzlichen Vorschriften.</w:t>
      </w:r>
    </w:p>
    <w:p>
      <w:r>
        <w:rPr>
          <w:b w:val="0"/>
          <w:sz w:val="22"/>
        </w:rPr>
        <w:t>Besondere Vereinbarungen zur Haftung und Versicherung: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Widerruf / Stornierung:</w:t>
      </w:r>
    </w:p>
    <w:p>
      <w:r>
        <w:rPr>
          <w:b w:val="0"/>
          <w:sz w:val="22"/>
        </w:rPr>
        <w:t>Stornierungen des Auftrags bedürfen der schriftlichen Zustimmung beider Parteien.</w:t>
      </w:r>
    </w:p>
    <w:p>
      <w:r>
        <w:rPr>
          <w:b w:val="0"/>
          <w:sz w:val="22"/>
        </w:rPr>
        <w:t>_______________________________________________________________</w:t>
      </w:r>
    </w:p>
    <w:p/>
    <w:p/>
    <w:p>
      <w:r>
        <w:rPr>
          <w:b/>
          <w:sz w:val="22"/>
        </w:rPr>
        <w:t>Schlussbestimmungen:</w:t>
      </w:r>
    </w:p>
    <w:p>
      <w:r>
        <w:rPr>
          <w:b w:val="0"/>
          <w:sz w:val="22"/>
        </w:rPr>
        <w:t>Sollten einzelne Bestimmungen dieses Auftrags unwirksam sein, berührt dies nicht die Wirksamkeit der übrigen Bestimmungen.</w:t>
      </w:r>
    </w:p>
    <w:p>
      <w:r>
        <w:rPr>
          <w:b w:val="0"/>
          <w:sz w:val="22"/>
        </w:rPr>
        <w:t>Gerichtsstand ist der Sitz des Auftragnehmers, sofern rechtlich zulässig.</w:t>
      </w:r>
    </w:p>
    <w:p/>
    <w:p/>
    <w:p>
      <w:r>
        <w:rPr>
          <w:b w:val="0"/>
          <w:sz w:val="22"/>
        </w:rPr>
        <w:t>Ort: _____________________________________________</w:t>
      </w:r>
    </w:p>
    <w:p>
      <w:r>
        <w:rPr>
          <w:b w:val="0"/>
          <w:sz w:val="22"/>
        </w:rPr>
        <w:t>Datum: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 / Spediteur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</w:t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</w:t>
              <w:br/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https://verkehr-experte.com/transportauftrag/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transportauftrag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