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TRENNSTREIFEN ZUR BEDRUCKUNG</w:t>
      </w:r>
    </w:p>
    <w:p/>
    <w:p/>
    <w:p>
      <w:r>
        <w:rPr>
          <w:b/>
          <w:sz w:val="24"/>
        </w:rPr>
        <w:t>1. Vertragsparteien</w:t>
      </w:r>
    </w:p>
    <w:p>
      <w:r>
        <w:rPr>
          <w:b w:val="0"/>
          <w:sz w:val="22"/>
        </w:rPr>
        <w:t>Auftraggeber:</w:t>
      </w:r>
    </w:p>
    <w:p>
      <w:r>
        <w:rPr>
          <w:b w:val="0"/>
          <w:sz w:val="22"/>
        </w:rPr>
        <w:t>Name: 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</w:t>
      </w:r>
    </w:p>
    <w:p/>
    <w:p>
      <w:r>
        <w:rPr>
          <w:b w:val="0"/>
          <w:sz w:val="22"/>
        </w:rPr>
        <w:t>Auftragnehmer / Druckerei:</w:t>
      </w:r>
    </w:p>
    <w:p>
      <w:r>
        <w:rPr>
          <w:b w:val="0"/>
          <w:sz w:val="22"/>
        </w:rPr>
        <w:t>Name: 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</w:t>
      </w:r>
    </w:p>
    <w:p/>
    <w:p/>
    <w:p>
      <w:r>
        <w:rPr>
          <w:b/>
          <w:sz w:val="24"/>
        </w:rPr>
        <w:t>2. Gegenstand des Auftrags</w:t>
      </w:r>
    </w:p>
    <w:p>
      <w:r>
        <w:rPr>
          <w:b w:val="0"/>
          <w:sz w:val="22"/>
        </w:rPr>
        <w:t>Der Auftragnehmer verpflichtet sich, für den Auftraggeber Trennstreifen zu bedrucken, wie nachfolgend spezifiziert.</w:t>
      </w:r>
    </w:p>
    <w:p/>
    <w:p>
      <w:r>
        <w:rPr>
          <w:b/>
          <w:sz w:val="24"/>
        </w:rPr>
        <w:t>3. Spezifikationen der Trennstreifen</w:t>
      </w:r>
    </w:p>
    <w:p>
      <w:r>
        <w:rPr>
          <w:b w:val="0"/>
          <w:sz w:val="22"/>
        </w:rPr>
        <w:t>Material: ______________________________________________________________</w:t>
      </w:r>
    </w:p>
    <w:p>
      <w:r>
        <w:rPr>
          <w:b w:val="0"/>
          <w:sz w:val="22"/>
        </w:rPr>
        <w:t>Größe (Breite x Höhe): _________________________________________________</w:t>
      </w:r>
    </w:p>
    <w:p>
      <w:r>
        <w:rPr>
          <w:b w:val="0"/>
          <w:sz w:val="22"/>
        </w:rPr>
        <w:t>Farbigkeit des Drucks: _________________________________________________</w:t>
      </w:r>
    </w:p>
    <w:p>
      <w:r>
        <w:rPr>
          <w:b w:val="0"/>
          <w:sz w:val="22"/>
        </w:rPr>
        <w:t>Auflage (Anzahl): ______________________________________________________</w:t>
      </w:r>
    </w:p>
    <w:p>
      <w:r>
        <w:rPr>
          <w:b w:val="0"/>
          <w:sz w:val="22"/>
        </w:rPr>
        <w:t>Besondere Druckanforderungen / Hinweise: _________________________________</w:t>
      </w:r>
    </w:p>
    <w:p/>
    <w:p/>
    <w:p>
      <w:r>
        <w:rPr>
          <w:b/>
          <w:sz w:val="24"/>
        </w:rPr>
        <w:t>4. Lieferbedingungen</w:t>
      </w:r>
    </w:p>
    <w:p>
      <w:r>
        <w:rPr>
          <w:b w:val="0"/>
          <w:sz w:val="22"/>
        </w:rPr>
        <w:t>Liefertermin: ___________________________________________________________</w:t>
      </w:r>
    </w:p>
    <w:p>
      <w:r>
        <w:rPr>
          <w:b w:val="0"/>
          <w:sz w:val="22"/>
        </w:rPr>
        <w:t>Lieferadresse: __________________________________________________________</w:t>
      </w:r>
    </w:p>
    <w:p/>
    <w:p/>
    <w:p>
      <w:r>
        <w:rPr>
          <w:b/>
          <w:sz w:val="24"/>
        </w:rPr>
        <w:t>5. Preise und Zahlungsbedingungen</w:t>
      </w:r>
    </w:p>
    <w:p>
      <w:r>
        <w:rPr>
          <w:b w:val="0"/>
          <w:sz w:val="22"/>
        </w:rPr>
        <w:t>Gesamtpreis: ___________________________________________________________</w:t>
      </w:r>
    </w:p>
    <w:p>
      <w:r>
        <w:rPr>
          <w:b w:val="0"/>
          <w:sz w:val="22"/>
        </w:rPr>
        <w:t>Zahlungsbedingungen: ____________________________________________________</w:t>
      </w:r>
    </w:p>
    <w:p/>
    <w:p/>
    <w:p>
      <w:r>
        <w:rPr>
          <w:b/>
          <w:sz w:val="24"/>
        </w:rPr>
        <w:t>6. Haftung und Gewährleistung</w:t>
      </w:r>
    </w:p>
    <w:p>
      <w:r>
        <w:rPr>
          <w:b w:val="0"/>
          <w:sz w:val="22"/>
        </w:rPr>
        <w:t>Der Auftragnehmer haftet für Mängel nach den gesetzlichen Bestimmungen. Beanstandungen sind unverzüglich nach Erhalt der Ware schriftlich mitzuteilen.</w:t>
      </w:r>
    </w:p>
    <w:p/>
    <w:p/>
    <w:p>
      <w:r>
        <w:rPr>
          <w:b/>
          <w:sz w:val="24"/>
        </w:rPr>
        <w:t>7. Sonstige Vereinbarungen</w:t>
      </w:r>
    </w:p>
    <w:p>
      <w:r>
        <w:rPr>
          <w:b w:val="0"/>
          <w:sz w:val="22"/>
        </w:rPr>
        <w:t>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</w:t>
      </w:r>
    </w:p>
    <w:p/>
    <w:p/>
    <w:p/>
    <w:p>
      <w:r>
        <w:rPr>
          <w:b/>
          <w:sz w:val="24"/>
        </w:rPr>
        <w:t>8. Unterschriften der Vertragsparteien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Auftragnehmer / Druckerei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Unterschrift: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Unterschrift: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Name, Datum, Ort: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Name, Datum, Ort: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https://verkehr-experte.com/trennstreifen-bedrucken/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trennstreifen-bedrucken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