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ÜBERGABE DES FAHRZEUGBRIEFS</w:t>
      </w:r>
    </w:p>
    <w:p/>
    <w:p/>
    <w:p>
      <w:r>
        <w:rPr>
          <w:b/>
          <w:sz w:val="22"/>
        </w:rPr>
        <w:t>Hiermit bestätige(n) wir die Übergabe des Fahrzeugbriefs (Zulassungsbescheinigung Teil II) zum folgenden Fahrzeug.</w:t>
      </w:r>
    </w:p>
    <w:p/>
    <w:p>
      <w:r>
        <w:rPr>
          <w:b/>
          <w:sz w:val="22"/>
        </w:rPr>
        <w:t>Fahrzeugdaten:</w:t>
      </w:r>
    </w:p>
    <w:p>
      <w:r>
        <w:rPr>
          <w:b w:val="0"/>
          <w:sz w:val="22"/>
        </w:rPr>
        <w:t>Hersteller / Marke: ________________________________________________</w:t>
      </w:r>
    </w:p>
    <w:p>
      <w:r>
        <w:rPr>
          <w:b w:val="0"/>
          <w:sz w:val="22"/>
        </w:rPr>
        <w:t>Modell: ___________________________________________________________</w:t>
      </w:r>
    </w:p>
    <w:p>
      <w:r>
        <w:rPr>
          <w:b w:val="0"/>
          <w:sz w:val="22"/>
        </w:rPr>
        <w:t>Fahrzeug-Identifizierungsnummer (FIN/VIN): __________________________</w:t>
      </w:r>
    </w:p>
    <w:p>
      <w:r>
        <w:rPr>
          <w:b w:val="0"/>
          <w:sz w:val="22"/>
        </w:rPr>
        <w:t>Amtliches Kennzeichen: _____________________________________________</w:t>
      </w:r>
    </w:p>
    <w:p/>
    <w:p>
      <w:r>
        <w:rPr>
          <w:b/>
          <w:sz w:val="22"/>
        </w:rPr>
        <w:t>Übergabe erfolgt von (Name / Anschrift):</w:t>
      </w:r>
    </w:p>
    <w:p>
      <w:r>
        <w:rPr>
          <w:b w:val="0"/>
          <w:sz w:val="22"/>
        </w:rPr>
        <w:t>Name: _____________________________________________________________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_________________________________________________________</w:t>
      </w:r>
    </w:p>
    <w:p/>
    <w:p>
      <w:r>
        <w:rPr>
          <w:b/>
          <w:sz w:val="22"/>
        </w:rPr>
        <w:t>Empfang der Unterlagen erfolgt durch (Name / Anschrift):</w:t>
      </w:r>
    </w:p>
    <w:p>
      <w:r>
        <w:rPr>
          <w:b w:val="0"/>
          <w:sz w:val="22"/>
        </w:rPr>
        <w:t>Name: _____________________________________________________________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_________________________________________________________</w:t>
      </w:r>
    </w:p>
    <w:p/>
    <w:p>
      <w:r>
        <w:rPr>
          <w:b/>
          <w:sz w:val="22"/>
        </w:rPr>
        <w:t>Mit der Unterzeichnung dieses Dokuments bestätigt die empfangende Partei den Erhalt des Fahrzeugbriefs und übernimmt die Verantwortung für das Fahrzeugdokument.</w:t>
      </w:r>
    </w:p>
    <w:p/>
    <w:p>
      <w:r>
        <w:rPr>
          <w:b/>
          <w:sz w:val="22"/>
        </w:rPr>
        <w:t>Hinweis: Mit der Übergabe des Fahrzeugbriefs gehen alle Rechte und Pflichten im Zusammenhang mit dem Fahrzeug auf den Empfänger über. Etwaige Verbindlichkeiten oder Belastungen sind damit verbunden.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Übergabe durch (Verkäufer / Übergebender)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Empfang durch (Käufer / Empfangender)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https://verkehr-experte.com/ubergabe-fahrzeugbrief/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https://verkehr-experte.com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verkehr-experte.com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kehr-experte.com/ubergabe-fahrzeugbrief/" TargetMode="External"/><Relationship Id="rId10" Type="http://schemas.openxmlformats.org/officeDocument/2006/relationships/hyperlink" Target="https://verkehr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