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ABMAHNUNG WEGEN UNERLAUBTEN PARKENS AUF PRIVATPARKPLATZ</w:t>
      </w:r>
    </w:p>
    <w:p/>
    <w:p/>
    <w:p>
      <w:r>
        <w:rPr>
          <w:b w:val="0"/>
          <w:sz w:val="22"/>
        </w:rPr>
        <w:t>Sehr geehrte Damen und Herren,</w:t>
      </w:r>
    </w:p>
    <w:p/>
    <w:p>
      <w:r>
        <w:rPr>
          <w:b w:val="0"/>
          <w:sz w:val="22"/>
        </w:rPr>
        <w:t>hiermit mahnen wir Sie ab, da Sie ohne Erlaubnis auf unserem Privatparkplatz geparkt haben. Der Parkplatz ist ausdrücklich als Privatgrundstück gekennzeichnet und ausschließlich für berechtigte Nutzer bestimmt. Das unerlaubte Parken stellt eine unerlaubte Nutzung und somit eine Besitzstörung dar.</w:t>
      </w:r>
    </w:p>
    <w:p/>
    <w:p>
      <w:r>
        <w:rPr>
          <w:b/>
          <w:sz w:val="22"/>
        </w:rPr>
        <w:t>Eigentümer / Betreiber des Parkplatzes:</w:t>
      </w:r>
    </w:p>
    <w:p>
      <w:r>
        <w:rPr>
          <w:b w:val="0"/>
          <w:sz w:val="22"/>
        </w:rPr>
        <w:t>Name: _____________________________________________________________</w:t>
      </w:r>
    </w:p>
    <w:p>
      <w:r>
        <w:rPr>
          <w:b w:val="0"/>
          <w:sz w:val="22"/>
        </w:rPr>
        <w:t>Anschrift: __________________________________________________________</w:t>
      </w:r>
    </w:p>
    <w:p/>
    <w:p>
      <w:r>
        <w:rPr>
          <w:b/>
          <w:sz w:val="22"/>
        </w:rPr>
        <w:t>Fahrzeughalter / Falschparker:</w:t>
      </w:r>
    </w:p>
    <w:p>
      <w:r>
        <w:rPr>
          <w:b w:val="0"/>
          <w:sz w:val="22"/>
        </w:rPr>
        <w:t>Name: _____________________________________________________________</w:t>
      </w:r>
    </w:p>
    <w:p>
      <w:r>
        <w:rPr>
          <w:b w:val="0"/>
          <w:sz w:val="22"/>
        </w:rPr>
        <w:t>Anschrift: __________________________________________________________</w:t>
      </w:r>
    </w:p>
    <w:p>
      <w:r>
        <w:rPr>
          <w:b w:val="0"/>
          <w:sz w:val="22"/>
        </w:rPr>
        <w:t>Kennzeichen des Fahrzeugs: __________________________________________</w:t>
      </w:r>
    </w:p>
    <w:p/>
    <w:p>
      <w:r>
        <w:rPr>
          <w:b/>
          <w:sz w:val="22"/>
        </w:rPr>
        <w:t>Beschreibung des Vorfalls:</w:t>
      </w:r>
    </w:p>
    <w:p>
      <w:r>
        <w:rPr>
          <w:b w:val="0"/>
          <w:sz w:val="22"/>
        </w:rPr>
        <w:t>Am _______________________ wurde das Fahrzeug ohne Erlaubnis auf dem oben genannten Privatparkplatz abgestellt. Dies stellt einen Verstoß gegen die Hausordnung und die Rechte des Grundstückseigentümers dar.</w:t>
      </w:r>
    </w:p>
    <w:p/>
    <w:p>
      <w:r>
        <w:rPr>
          <w:b/>
          <w:sz w:val="22"/>
        </w:rPr>
        <w:t>Rechtliche Grundlagen und Folgen:</w:t>
      </w:r>
    </w:p>
    <w:p>
      <w:r>
        <w:rPr>
          <w:b w:val="0"/>
          <w:sz w:val="22"/>
        </w:rPr>
        <w:t>Gemäß § 858 BGB ist das verbotene Betreten oder Benutzen von Grundstücken ohne Zustimmung rechtswidrig. Wir fordern Sie hiermit auf, das Fahrzeug unverzüglich zu entfernen und künftig von unberechtigtem Parken abzusehen.</w:t>
      </w:r>
    </w:p>
    <w:p/>
    <w:p>
      <w:r>
        <w:rPr>
          <w:b w:val="0"/>
          <w:sz w:val="22"/>
        </w:rPr>
        <w:t>Für den Fall einer erneuten unerlaubten Nutzung behalten wir uns vor, unverzüglich rechtliche Schritte einzuleiten, einschließlich der Geltendmachung von Schadensersatzansprüchen und Kosten für die Beseitigung der Besitzstörung.</w:t>
      </w:r>
    </w:p>
    <w:p/>
    <w:p>
      <w:r>
        <w:rPr>
          <w:b/>
          <w:sz w:val="22"/>
        </w:rPr>
        <w:t>Forderung:</w:t>
      </w:r>
    </w:p>
    <w:p>
      <w:r>
        <w:rPr>
          <w:b w:val="0"/>
          <w:sz w:val="22"/>
        </w:rPr>
        <w:t>Bitte entfernen Sie das Fahrzeug bis spätestens _______________________ und unterlassen Sie zukünftig jegliches unerlaubtes Parken auf unserem Privatgrundstück.</w:t>
      </w:r>
    </w:p>
    <w:p/>
    <w:p/>
    <w:p>
      <w:r>
        <w:rPr>
          <w:b w:val="0"/>
          <w:sz w:val="22"/>
        </w:rPr>
        <w:t>Ort, Datum: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Eigentümer / Betreiber</w:t>
            </w:r>
          </w:p>
        </w:tc>
        <w:tc>
          <w:tcPr>
            <w:tcW w:type="dxa" w:w="4986"/>
            <w:tcBorders>
              <w:top w:val="nil"/>
              <w:left w:val="nil"/>
              <w:bottom w:val="nil"/>
              <w:right w:val="nil"/>
              <w:insideH w:val="nil"/>
              <w:insideV w:val="nil"/>
            </w:tcBorders>
          </w:tcPr>
          <w:p>
            <w:pPr>
              <w:jc w:val="center"/>
            </w:pPr>
            <w:r>
              <w:t>Fahrzeughalter / Falschparker</w:t>
            </w:r>
          </w:p>
        </w:tc>
      </w:tr>
      <w:tr>
        <w:tc>
          <w:tcPr>
            <w:tcW w:type="dxa" w:w="4986"/>
            <w:tcBorders>
              <w:top w:val="nil"/>
              <w:left w:val="nil"/>
              <w:bottom w:val="nil"/>
              <w:right w:val="nil"/>
              <w:insideH w:val="nil"/>
              <w:insideV w:val="nil"/>
            </w:tcBorders>
          </w:tcPr>
          <w:p>
            <w:pPr>
              <w:jc w:val="center"/>
            </w:pPr>
            <w:r>
              <w:br/>
              <w:br/>
              <w:t>Unterschrift: _________________________</w:t>
            </w:r>
          </w:p>
        </w:tc>
        <w:tc>
          <w:tcPr>
            <w:tcW w:type="dxa" w:w="4986"/>
            <w:tcBorders>
              <w:top w:val="nil"/>
              <w:left w:val="nil"/>
              <w:bottom w:val="nil"/>
              <w:right w:val="nil"/>
              <w:insideH w:val="nil"/>
              <w:insideV w:val="nil"/>
            </w:tcBorders>
          </w:tcPr>
          <w:p>
            <w:pPr>
              <w:jc w:val="center"/>
            </w:pPr>
            <w:r>
              <w:br/>
              <w:br/>
              <w:t>Unterschrift: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https://verkehr-experte.com/unerlaubtes-parken-auf-privatparkplatz-brief/</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https://verkehr-experte.com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verkehr-experte.com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kehr-experte.com/unerlaubtes-parken-auf-privatparkplatz-brief/" TargetMode="External"/><Relationship Id="rId10" Type="http://schemas.openxmlformats.org/officeDocument/2006/relationships/hyperlink" Target="https://verkehr-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