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VERZICHTSERKLÄRUNG AUF DAS VORKAUFSRECHT BEZÜGLICH EINEM KRAFTFAHRZEUG</w:t>
      </w:r>
    </w:p>
    <w:p/>
    <w:p/>
    <w:p>
      <w:r>
        <w:rPr>
          <w:b/>
          <w:sz w:val="20"/>
        </w:rPr>
        <w:t>Name des Vorkaufsberechtigten:</w:t>
      </w:r>
    </w:p>
    <w:p>
      <w:r>
        <w:rPr>
          <w:b w:val="0"/>
          <w:sz w:val="20"/>
        </w:rPr>
        <w:t>_______________________________________________________________</w:t>
      </w:r>
    </w:p>
    <w:p>
      <w:r>
        <w:rPr>
          <w:b w:val="0"/>
          <w:sz w:val="20"/>
        </w:rPr>
        <w:t>Anschrift:</w:t>
      </w:r>
    </w:p>
    <w:p>
      <w:r>
        <w:rPr>
          <w:b w:val="0"/>
          <w:sz w:val="20"/>
        </w:rPr>
        <w:t>_______________________________________________________________</w:t>
      </w:r>
    </w:p>
    <w:p/>
    <w:p>
      <w:r>
        <w:rPr>
          <w:b/>
          <w:sz w:val="20"/>
        </w:rPr>
        <w:t>Name des Eigentümers / Verkäufers:</w:t>
      </w:r>
    </w:p>
    <w:p>
      <w:r>
        <w:rPr>
          <w:b w:val="0"/>
          <w:sz w:val="20"/>
        </w:rPr>
        <w:t>_______________________________________________________________</w:t>
      </w:r>
    </w:p>
    <w:p>
      <w:r>
        <w:rPr>
          <w:b w:val="0"/>
          <w:sz w:val="20"/>
        </w:rPr>
        <w:t>Anschrift:</w:t>
      </w:r>
    </w:p>
    <w:p>
      <w:r>
        <w:rPr>
          <w:b w:val="0"/>
          <w:sz w:val="20"/>
        </w:rPr>
        <w:t>_______________________________________________________________</w:t>
      </w:r>
    </w:p>
    <w:p/>
    <w:p>
      <w:r>
        <w:rPr>
          <w:b/>
          <w:sz w:val="20"/>
        </w:rPr>
        <w:t>Fahrzeugbeschreibung:</w:t>
      </w:r>
    </w:p>
    <w:p>
      <w:r>
        <w:rPr>
          <w:b w:val="0"/>
          <w:sz w:val="20"/>
        </w:rPr>
        <w:t>Marke / Hersteller: ____________________________</w:t>
      </w:r>
    </w:p>
    <w:p>
      <w:r>
        <w:rPr>
          <w:b w:val="0"/>
          <w:sz w:val="20"/>
        </w:rPr>
        <w:t>Modell: _______________________________________</w:t>
      </w:r>
    </w:p>
    <w:p>
      <w:r>
        <w:rPr>
          <w:b w:val="0"/>
          <w:sz w:val="20"/>
        </w:rPr>
        <w:t>Fahrzeug-Identifizierungsnummer (FIN): _____________</w:t>
      </w:r>
    </w:p>
    <w:p>
      <w:r>
        <w:rPr>
          <w:b w:val="0"/>
          <w:sz w:val="20"/>
        </w:rPr>
        <w:t>Amtliches Kennzeichen: __________________________</w:t>
      </w:r>
    </w:p>
    <w:p/>
    <w:p>
      <w:r>
        <w:rPr>
          <w:b/>
          <w:sz w:val="20"/>
        </w:rPr>
        <w:t>§ 1 – Verzicht auf das Vorkaufsrecht</w:t>
      </w:r>
    </w:p>
    <w:p>
      <w:r>
        <w:rPr>
          <w:b w:val="0"/>
          <w:sz w:val="20"/>
        </w:rPr>
        <w:t>Der Vorkaufsberechtigte verzichtet hiermit ausdrücklich und unwiderruflich auf die Ausübung seines gesetzlichen oder vertraglichen Vorkaufsrechts bezüglich des oben genannten Fahrzeugs gemäß den einschlägigen gesetzlichen Bestimmungen des Bürgerlichen Gesetzbuches (BGB).</w:t>
      </w:r>
    </w:p>
    <w:p/>
    <w:p>
      <w:r>
        <w:rPr>
          <w:b/>
          <w:sz w:val="20"/>
        </w:rPr>
        <w:t>§ 2 – Geltungsbereich des Verzichts</w:t>
      </w:r>
    </w:p>
    <w:p>
      <w:r>
        <w:rPr>
          <w:b w:val="0"/>
          <w:sz w:val="20"/>
        </w:rPr>
        <w:t>Der Verzicht bezieht sich ausschließlich auf den gegenwärtigen Verkauf des genannten Fahrzeugs. Zukünftige Verkaufsfälle sind hiervon unberührt, sofern nicht ausdrücklich schriftlich anders vereinbart.</w:t>
      </w:r>
    </w:p>
    <w:p/>
    <w:p>
      <w:r>
        <w:rPr>
          <w:b/>
          <w:sz w:val="20"/>
        </w:rPr>
        <w:t>§ 3 – Salvatorische Klausel</w:t>
      </w:r>
    </w:p>
    <w:p>
      <w:r>
        <w:rPr>
          <w:b w:val="0"/>
          <w:sz w:val="20"/>
        </w:rPr>
        <w:t>Sollten einzelne Bestimmungen dieser Verzichtserklärung ganz oder teilweise unwirksam sein oder werden, bleibt die Wirksamkeit der übrigen Bestimmungen unberührt. Anstelle der unwirksamen Regelung gilt eine solche, die dem wirtschaftlich Gewollten am nächsten kommt.</w:t>
      </w:r>
    </w:p>
    <w:p/>
    <w:p>
      <w:r>
        <w:rPr>
          <w:b/>
          <w:sz w:val="20"/>
        </w:rPr>
        <w:t>§ 4 – Rechtsverbindlichkeit</w:t>
      </w:r>
    </w:p>
    <w:p>
      <w:r>
        <w:rPr>
          <w:b w:val="0"/>
          <w:sz w:val="20"/>
        </w:rPr>
        <w:t>Diese Erklärung wurde von beiden Parteien gelesen, verstanden und eigenhändig unterzeichnet. Sie erfolgt freiwillig und ohne Zwang.</w:t>
      </w:r>
    </w:p>
    <w:p/>
    <w:p/>
    <w:p>
      <w:r>
        <w:rPr>
          <w:b w:val="0"/>
          <w:sz w:val="20"/>
        </w:rPr>
        <w:t>Ort: ___________________________________</w:t>
      </w:r>
    </w:p>
    <w:p>
      <w:r>
        <w:rPr>
          <w:b w:val="0"/>
          <w:sz w:val="20"/>
        </w:rPr>
        <w:t>Datum: 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VORKAUFSBERECHTIGTER</w:t>
            </w:r>
          </w:p>
        </w:tc>
        <w:tc>
          <w:tcPr>
            <w:tcW w:type="dxa" w:w="4986"/>
            <w:tcBorders>
              <w:top w:val="nil"/>
              <w:left w:val="nil"/>
              <w:bottom w:val="nil"/>
              <w:right w:val="nil"/>
              <w:insideH w:val="nil"/>
              <w:insideV w:val="nil"/>
            </w:tcBorders>
          </w:tcPr>
          <w:p>
            <w:pPr>
              <w:jc w:val="center"/>
            </w:pPr>
            <w:r>
              <w:t>EIGENTÜMER / VERKÄUFER</w:t>
            </w:r>
          </w:p>
        </w:tc>
      </w:tr>
      <w:tr>
        <w:tc>
          <w:tcPr>
            <w:tcW w:type="dxa" w:w="4986"/>
            <w:tcBorders>
              <w:top w:val="nil"/>
              <w:left w:val="nil"/>
              <w:bottom w:val="nil"/>
              <w:right w:val="nil"/>
              <w:insideH w:val="nil"/>
              <w:insideV w:val="nil"/>
            </w:tcBorders>
          </w:tcPr>
          <w:p>
            <w:pPr>
              <w:jc w:val="center"/>
            </w:pPr>
            <w:r>
              <w:br/>
              <w:br/>
              <w:t>Unterschrift: ____________________________</w:t>
            </w:r>
          </w:p>
        </w:tc>
        <w:tc>
          <w:tcPr>
            <w:tcW w:type="dxa" w:w="4986"/>
            <w:tcBorders>
              <w:top w:val="nil"/>
              <w:left w:val="nil"/>
              <w:bottom w:val="nil"/>
              <w:right w:val="nil"/>
              <w:insideH w:val="nil"/>
              <w:insideV w:val="nil"/>
            </w:tcBorders>
          </w:tcPr>
          <w:p>
            <w:pPr>
              <w:jc w:val="center"/>
            </w:pPr>
            <w:r>
              <w:br/>
              <w:br/>
              <w:t>Unterschrift: 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https://verkehr-experte.com/verzichtserklarung-auto/</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verzichtserklarung-auto/"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