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VOLLMACHT FÜR DIE VERTRETUNG BEIM AUSLANDSFAHRZEUG</w:t>
      </w:r>
    </w:p>
    <w:p/>
    <w:p>
      <w:r>
        <w:rPr>
          <w:b/>
          <w:sz w:val="20"/>
        </w:rPr>
        <w:t>Vollmachtgeber:</w:t>
      </w:r>
    </w:p>
    <w:p>
      <w:r>
        <w:rPr>
          <w:b w:val="0"/>
          <w:sz w:val="20"/>
        </w:rPr>
        <w:t>Name: _____________________________________________________________</w:t>
      </w:r>
    </w:p>
    <w:p>
      <w:r>
        <w:rPr>
          <w:b w:val="0"/>
          <w:sz w:val="20"/>
        </w:rPr>
        <w:t>Geburtsdatum: _____________________________________________________</w:t>
      </w:r>
    </w:p>
    <w:p>
      <w:r>
        <w:rPr>
          <w:b w:val="0"/>
          <w:sz w:val="20"/>
        </w:rPr>
        <w:t>Anschrift: ________________________________________________________</w:t>
      </w:r>
    </w:p>
    <w:p>
      <w:r>
        <w:rPr>
          <w:b w:val="0"/>
          <w:sz w:val="20"/>
        </w:rPr>
        <w:t>Personalausweis-/Reisepass-Nr.: ____________________________________</w:t>
      </w:r>
    </w:p>
    <w:p/>
    <w:p>
      <w:r>
        <w:rPr>
          <w:b/>
          <w:sz w:val="20"/>
        </w:rPr>
        <w:t>Bevollmächtigter:</w:t>
      </w:r>
    </w:p>
    <w:p>
      <w:r>
        <w:rPr>
          <w:b w:val="0"/>
          <w:sz w:val="20"/>
        </w:rPr>
        <w:t>Name: _____________________________________________________________</w:t>
      </w:r>
    </w:p>
    <w:p>
      <w:r>
        <w:rPr>
          <w:b w:val="0"/>
          <w:sz w:val="20"/>
        </w:rPr>
        <w:t>Geburtsdatum: _____________________________________________________</w:t>
      </w:r>
    </w:p>
    <w:p>
      <w:r>
        <w:rPr>
          <w:b w:val="0"/>
          <w:sz w:val="20"/>
        </w:rPr>
        <w:t>Anschrift: ________________________________________________________</w:t>
      </w:r>
    </w:p>
    <w:p>
      <w:r>
        <w:rPr>
          <w:b w:val="0"/>
          <w:sz w:val="20"/>
        </w:rPr>
        <w:t>Personalausweis-/Reisepass-Nr.: ____________________________________</w:t>
      </w:r>
    </w:p>
    <w:p/>
    <w:p>
      <w:r>
        <w:rPr>
          <w:b/>
          <w:sz w:val="20"/>
        </w:rPr>
        <w:t>Fahrzeug:</w:t>
      </w:r>
    </w:p>
    <w:p>
      <w:r>
        <w:rPr>
          <w:b w:val="0"/>
          <w:sz w:val="20"/>
        </w:rPr>
        <w:t>Marke/Modell: _____________________________________________________</w:t>
      </w:r>
    </w:p>
    <w:p>
      <w:r>
        <w:rPr>
          <w:b w:val="0"/>
          <w:sz w:val="20"/>
        </w:rPr>
        <w:t>Fahrzeug-Identifizierungsnummer (FIN): _____________________________</w:t>
      </w:r>
    </w:p>
    <w:p>
      <w:r>
        <w:rPr>
          <w:b w:val="0"/>
          <w:sz w:val="20"/>
        </w:rPr>
        <w:t>Amtliches Kennzeichen: ____________________________________________</w:t>
      </w:r>
    </w:p>
    <w:p/>
    <w:p>
      <w:r>
        <w:rPr>
          <w:b/>
          <w:sz w:val="20"/>
        </w:rPr>
        <w:t>Hiermit bevollmächtige ich den oben genannten Bevollmächtigten ausdrücklich und uneingeschränkt, mich im Ausland in allen Angelegenheiten bezüglich des oben genannten Fahrzeugs zu vertreten. Dies umfasst insbesondere:</w:t>
      </w:r>
    </w:p>
    <w:p>
      <w:r>
        <w:rPr>
          <w:b w:val="0"/>
          <w:sz w:val="20"/>
        </w:rPr>
        <w:t>- Anmeldung und Abmeldung des Fahrzeugs bei ausländischen Behörden</w:t>
      </w:r>
    </w:p>
    <w:p>
      <w:r>
        <w:rPr>
          <w:b w:val="0"/>
          <w:sz w:val="20"/>
        </w:rPr>
        <w:t>- Durchführung von Zulassungs-, Versicherungs- und Kontrollmaßnahmen</w:t>
      </w:r>
    </w:p>
    <w:p>
      <w:r>
        <w:rPr>
          <w:b w:val="0"/>
          <w:sz w:val="20"/>
        </w:rPr>
        <w:t>- Entgegennahme und Abgabe von Erklärungen und Dokumenten</w:t>
      </w:r>
    </w:p>
    <w:p>
      <w:r>
        <w:rPr>
          <w:b w:val="0"/>
          <w:sz w:val="20"/>
        </w:rPr>
        <w:t>- Durchführung von Kauf-, Verkaufs- und sonstigen Fahrzeugübertragungen</w:t>
      </w:r>
    </w:p>
    <w:p>
      <w:r>
        <w:rPr>
          <w:b w:val="0"/>
          <w:sz w:val="20"/>
        </w:rPr>
        <w:t>- Vertretung bei Verkehrskontrollen, Bußgeldverfahren und sonstigen behördlichen Angelegenheiten</w:t>
      </w:r>
    </w:p>
    <w:p/>
    <w:p>
      <w:r>
        <w:rPr>
          <w:b/>
          <w:sz w:val="20"/>
        </w:rPr>
        <w:t>Die Vollmacht gilt ausschließlich im Ausland und tritt mit Unterzeichnung in Kraft. Sie erlischt mit Rückkehr des Fahrzeugs nach Deutschland oder mit schriftlichem Widerruf.</w:t>
      </w:r>
    </w:p>
    <w:p/>
    <w:p/>
    <w:p>
      <w:r>
        <w:rPr>
          <w:b w:val="0"/>
          <w:sz w:val="20"/>
        </w:rPr>
        <w:t>Ort: ______________________________________    Datum: 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https://verkehr-experte.com/vollmacht-auto-ausland/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https://verkehr-experte.com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verkehr-experte.com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kehr-experte.com/vollmacht-auto-ausland/" TargetMode="External"/><Relationship Id="rId10" Type="http://schemas.openxmlformats.org/officeDocument/2006/relationships/hyperlink" Target="https://verkehr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