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VOLLMACHT ZUR ÜBERTRAGUNG EINES TICKETS</w:t>
      </w:r>
    </w:p>
    <w:p/>
    <w:p/>
    <w:p>
      <w:r>
        <w:rPr>
          <w:b/>
          <w:sz w:val="20"/>
        </w:rPr>
        <w:t>Name des Vollmachtgebers: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>
      <w:r>
        <w:rPr>
          <w:b w:val="0"/>
          <w:sz w:val="20"/>
        </w:rPr>
        <w:t>Geburtsdatum: ____________________________________________________</w:t>
      </w:r>
    </w:p>
    <w:p/>
    <w:p>
      <w:r>
        <w:rPr>
          <w:b/>
          <w:sz w:val="20"/>
        </w:rPr>
        <w:t>Name des Bevollmächtigten: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>
      <w:r>
        <w:rPr>
          <w:b w:val="0"/>
          <w:sz w:val="20"/>
        </w:rPr>
        <w:t>Geburtsdatum: ____________________________________________________</w:t>
      </w:r>
    </w:p>
    <w:p/>
    <w:p>
      <w:r>
        <w:rPr>
          <w:b/>
          <w:sz w:val="20"/>
        </w:rPr>
        <w:t>Details des Tickets:</w:t>
      </w:r>
    </w:p>
    <w:p>
      <w:r>
        <w:rPr>
          <w:b w:val="0"/>
          <w:sz w:val="20"/>
        </w:rPr>
        <w:t>Veranstaltung: ____________________________________________________</w:t>
      </w:r>
    </w:p>
    <w:p>
      <w:r>
        <w:rPr>
          <w:b w:val="0"/>
          <w:sz w:val="20"/>
        </w:rPr>
        <w:t>Datum/Uhrzeit: ____________________________________________________</w:t>
      </w:r>
    </w:p>
    <w:p>
      <w:r>
        <w:rPr>
          <w:b w:val="0"/>
          <w:sz w:val="20"/>
        </w:rPr>
        <w:t>Sitzplatz/Platznummer: ____________________________________________</w:t>
      </w:r>
    </w:p>
    <w:p/>
    <w:p>
      <w:r>
        <w:rPr>
          <w:b w:val="0"/>
          <w:sz w:val="20"/>
        </w:rPr>
        <w:t>Hiermit bevollmächtigt der Vollmachtgeber den oben genannten Bevollmächtigten, das oben beschriebene Ticket in seinem Namen zu übertragen, zu verkaufen oder weiterzugeben. Diese Vollmacht umfasst alle dafür notwendigen Handlungen und Erklärungen.</w:t>
      </w:r>
    </w:p>
    <w:p/>
    <w:p>
      <w:r>
        <w:rPr>
          <w:b w:val="0"/>
          <w:sz w:val="20"/>
        </w:rPr>
        <w:t>Die Vollmacht ist gültig bis auf Widerruf und umfasst insbesondere auch die Entgegennahme von Zahlungen und die Abwicklung der Übertragung gegenüber dem Veranstalter oder Ticketanbieter.</w:t>
      </w:r>
    </w:p>
    <w:p/>
    <w:p/>
    <w:p>
      <w:r>
        <w:rPr>
          <w:b/>
          <w:sz w:val="20"/>
        </w:rPr>
        <w:t>Ort: ____________________________________________</w:t>
      </w:r>
    </w:p>
    <w:p>
      <w:r>
        <w:rPr>
          <w:b/>
          <w:sz w:val="20"/>
        </w:rPr>
        <w:t>Datum: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https://verkehr-experte.com/vollmacht-ticket-ubertragen/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vollmacht-ticket-ubertrage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