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WANDLUNGSERKLÄRUNG KAUFVERTRAG KFZ</w:t>
      </w:r>
    </w:p>
    <w:p/>
    <w:p>
      <w:r>
        <w:rPr>
          <w:b/>
          <w:sz w:val="24"/>
        </w:rPr>
        <w:t>Käufer</w:t>
      </w:r>
    </w:p>
    <w:p>
      <w:r>
        <w:rPr>
          <w:b w:val="0"/>
          <w:sz w:val="22"/>
        </w:rPr>
        <w:t>Name:</w:t>
      </w:r>
    </w:p>
    <w:p>
      <w:r>
        <w:rPr>
          <w:b w:val="0"/>
          <w:sz w:val="22"/>
        </w:rPr>
        <w:t>Anschrift:</w:t>
      </w:r>
    </w:p>
    <w:p>
      <w:r>
        <w:rPr>
          <w:b w:val="0"/>
          <w:sz w:val="22"/>
        </w:rPr>
        <w:t>Telefon:</w:t>
      </w:r>
    </w:p>
    <w:p/>
    <w:p>
      <w:r>
        <w:rPr>
          <w:b/>
          <w:sz w:val="24"/>
        </w:rPr>
        <w:t>Verkäufer</w:t>
      </w:r>
    </w:p>
    <w:p>
      <w:r>
        <w:rPr>
          <w:b w:val="0"/>
          <w:sz w:val="22"/>
        </w:rPr>
        <w:t>Name:</w:t>
      </w:r>
    </w:p>
    <w:p>
      <w:r>
        <w:rPr>
          <w:b w:val="0"/>
          <w:sz w:val="22"/>
        </w:rPr>
        <w:t>Anschrift:</w:t>
      </w:r>
    </w:p>
    <w:p>
      <w:r>
        <w:rPr>
          <w:b w:val="0"/>
          <w:sz w:val="22"/>
        </w:rPr>
        <w:t>Telefon:</w:t>
      </w:r>
    </w:p>
    <w:p/>
    <w:p>
      <w:r>
        <w:rPr>
          <w:b/>
          <w:sz w:val="24"/>
        </w:rPr>
        <w:t>Fahrzeug</w:t>
      </w:r>
    </w:p>
    <w:p>
      <w:r>
        <w:rPr>
          <w:b w:val="0"/>
          <w:sz w:val="22"/>
        </w:rPr>
        <w:t>Hersteller / Marke:</w:t>
      </w:r>
    </w:p>
    <w:p>
      <w:r>
        <w:rPr>
          <w:b w:val="0"/>
          <w:sz w:val="22"/>
        </w:rPr>
        <w:t>Modell:</w:t>
      </w:r>
    </w:p>
    <w:p>
      <w:r>
        <w:rPr>
          <w:b w:val="0"/>
          <w:sz w:val="22"/>
        </w:rPr>
        <w:t>Fahrzeug-Identifizierungsnummer (FIN):</w:t>
      </w:r>
    </w:p>
    <w:p>
      <w:r>
        <w:rPr>
          <w:b w:val="0"/>
          <w:sz w:val="22"/>
        </w:rPr>
        <w:t>Erstzulassung:</w:t>
      </w:r>
    </w:p>
    <w:p>
      <w:r>
        <w:rPr>
          <w:b w:val="0"/>
          <w:sz w:val="22"/>
        </w:rPr>
        <w:t>Kennzeichen:</w:t>
      </w:r>
    </w:p>
    <w:p/>
    <w:p>
      <w:r>
        <w:rPr>
          <w:b/>
          <w:sz w:val="24"/>
        </w:rPr>
        <w:t>Kaufvertrag</w:t>
      </w:r>
    </w:p>
    <w:p>
      <w:r>
        <w:rPr>
          <w:b w:val="0"/>
          <w:sz w:val="22"/>
        </w:rPr>
        <w:t>Vertragsdatum:</w:t>
      </w:r>
    </w:p>
    <w:p>
      <w:r>
        <w:rPr>
          <w:b w:val="0"/>
          <w:sz w:val="22"/>
        </w:rPr>
        <w:t>Kaufpreis:</w:t>
      </w:r>
    </w:p>
    <w:p/>
    <w:p>
      <w:r>
        <w:rPr>
          <w:b/>
          <w:sz w:val="24"/>
        </w:rPr>
        <w:t>Erklärung</w:t>
      </w:r>
    </w:p>
    <w:p>
      <w:r>
        <w:rPr>
          <w:b w:val="0"/>
          <w:sz w:val="22"/>
        </w:rPr>
        <w:t>Hiermit erklärt der Käufer, vom Kaufvertrag über das oben genannte Fahrzeug gemäß §§ 434 ff., 437 BGB wegen Vorliegens eines erheblichen Mangels zurückzutreten und die Rückabwicklung (Wandlung) zu verlangen.</w:t>
      </w:r>
    </w:p>
    <w:p/>
    <w:p>
      <w:r>
        <w:rPr>
          <w:b w:val="0"/>
          <w:sz w:val="22"/>
        </w:rPr>
        <w:t>Der Käufer fordert die Rückzahlung des Kaufpreises und verpflichtet sich zur Rückgabe des Fahrzeugs in dem Zustand, wie es übernommen wurde. Der Verkäufer erkennt diesen Rücktritt an und verpflichtet sich zur Rückzahlung des Kaufpreises.</w:t>
      </w:r>
    </w:p>
    <w:p/>
    <w:p>
      <w:r>
        <w:rPr>
          <w:b w:val="0"/>
          <w:sz w:val="22"/>
        </w:rPr>
        <w:t>Diese Erklärung erfolgt freiwillig und ohne Zwang. Die Parteien bestätigen, dass sie über ihre Rechte und Pflichten informiert wurden und diese Erklärung rechtsverbindlich ist.</w:t>
      </w:r>
    </w:p>
    <w:p/>
    <w:p/>
    <w:p>
      <w:r>
        <w:rPr>
          <w:b w:val="0"/>
          <w:sz w:val="22"/>
        </w:rPr>
        <w:t>Ort: ____________________________        Datum: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Käufer</w:t>
            </w:r>
          </w:p>
        </w:tc>
        <w:tc>
          <w:tcPr>
            <w:tcW w:type="dxa" w:w="4986"/>
            <w:tcBorders>
              <w:top w:val="nil"/>
              <w:left w:val="nil"/>
              <w:bottom w:val="nil"/>
              <w:right w:val="nil"/>
              <w:insideH w:val="nil"/>
              <w:insideV w:val="nil"/>
            </w:tcBorders>
          </w:tcPr>
          <w:p>
            <w:pPr>
              <w:jc w:val="center"/>
            </w:pPr>
            <w:r>
              <w:t>Verkäufer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https://verkehr-experte.com/wandlung-kfz-schreiben/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wandlung-kfz-schreiben/"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