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WIDERSPRUCH GEGEN DEN STRAßENAUSBAUBEITRAG</w:t>
      </w:r>
    </w:p>
    <w:p/>
    <w:p/>
    <w:p>
      <w:r>
        <w:rPr>
          <w:b w:val="0"/>
          <w:sz w:val="20"/>
        </w:rPr>
        <w:t>An</w:t>
      </w:r>
    </w:p>
    <w:p>
      <w:r>
        <w:rPr>
          <w:b w:val="0"/>
          <w:sz w:val="20"/>
        </w:rPr>
        <w:t>Die Gemeinde / Stadt ________________________________</w:t>
      </w:r>
    </w:p>
    <w:p>
      <w:r>
        <w:rPr>
          <w:b w:val="0"/>
          <w:sz w:val="20"/>
        </w:rPr>
        <w:t>Straße und Hausnummer ________________________________</w:t>
      </w:r>
    </w:p>
    <w:p>
      <w:r>
        <w:rPr>
          <w:b w:val="0"/>
          <w:sz w:val="20"/>
        </w:rPr>
        <w:t>PLZ und Ort _________________________________________</w:t>
      </w:r>
    </w:p>
    <w:p/>
    <w:p/>
    <w:p>
      <w:r>
        <w:rPr>
          <w:b w:val="0"/>
          <w:sz w:val="20"/>
        </w:rPr>
        <w:t>Absender:</w:t>
      </w:r>
    </w:p>
    <w:p>
      <w:r>
        <w:rPr>
          <w:b w:val="0"/>
          <w:sz w:val="20"/>
        </w:rPr>
        <w:t>Name, Vorname _______________________________________</w:t>
      </w:r>
    </w:p>
    <w:p>
      <w:r>
        <w:rPr>
          <w:b w:val="0"/>
          <w:sz w:val="20"/>
        </w:rPr>
        <w:t>Straße und Hausnummer ________________________________</w:t>
      </w:r>
    </w:p>
    <w:p>
      <w:r>
        <w:rPr>
          <w:b w:val="0"/>
          <w:sz w:val="20"/>
        </w:rPr>
        <w:t>PLZ und Ort _________________________________________</w:t>
      </w:r>
    </w:p>
    <w:p>
      <w:r>
        <w:rPr>
          <w:b w:val="0"/>
          <w:sz w:val="20"/>
        </w:rPr>
        <w:t>Telefon (optional) ___________________________________</w:t>
      </w:r>
    </w:p>
    <w:p>
      <w:r>
        <w:rPr>
          <w:b w:val="0"/>
          <w:sz w:val="20"/>
        </w:rPr>
        <w:t>E-Mail (optional) 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Widerspruch gegen den Bescheid über den Straßenausbaubeitrag für die Straße ________________________________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Widerspruch gegen den Bescheid vom ________________ über die Erhebung des Straßenausbaubeitrags für die oben genannte Straße ein.</w:t>
      </w:r>
    </w:p>
    <w:p/>
    <w:p>
      <w:r>
        <w:rPr>
          <w:b/>
          <w:sz w:val="20"/>
        </w:rPr>
        <w:t>Begründung: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/>
    <w:p>
      <w:r>
        <w:rPr>
          <w:b w:val="0"/>
          <w:sz w:val="20"/>
        </w:rPr>
        <w:t>Ich bitte um Prüfung meines Widerspruchs und um eine schriftliche Bestätigung des Eingangs.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Ort, Datum: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https://verkehr-experte.com/widerspruch-strasssenausbaubeitrag-brief/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widerspruch-strasssenausbaubeitrag-brief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