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MITTEILUNG DES ZÄHLERSTANDS</w:t>
      </w:r>
    </w:p>
    <w:p/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Name: ________________________________________________</w:t>
      </w:r>
    </w:p>
    <w:p>
      <w:r>
        <w:rPr>
          <w:b w:val="0"/>
          <w:sz w:val="22"/>
        </w:rPr>
        <w:t>Anschrift: ____________________________________________</w:t>
      </w:r>
    </w:p>
    <w:p>
      <w:r>
        <w:rPr>
          <w:b w:val="0"/>
          <w:sz w:val="22"/>
        </w:rPr>
        <w:t>Telefon: ______________________________________________</w:t>
      </w:r>
    </w:p>
    <w:p>
      <w:r>
        <w:rPr>
          <w:b w:val="0"/>
          <w:sz w:val="22"/>
        </w:rPr>
        <w:t>E-Mail: _______________________________________________</w:t>
      </w:r>
    </w:p>
    <w:p/>
    <w:p>
      <w:r>
        <w:rPr>
          <w:b/>
          <w:sz w:val="22"/>
        </w:rPr>
        <w:t>Empfänger:</w:t>
      </w:r>
    </w:p>
    <w:p>
      <w:r>
        <w:rPr>
          <w:b w:val="0"/>
          <w:sz w:val="22"/>
        </w:rPr>
        <w:t>Name / Firma: _________________________________________</w:t>
      </w:r>
    </w:p>
    <w:p>
      <w:r>
        <w:rPr>
          <w:b w:val="0"/>
          <w:sz w:val="22"/>
        </w:rPr>
        <w:t>Anschrift: ____________________________________________</w:t>
      </w:r>
    </w:p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Mitteilung des Zählerstands für die Verbrauchsabrechnung</w:t>
      </w:r>
    </w:p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teile ich Ihnen den aktuellen Zählerstand der von mir genutzten Energieversorgung mit. Bitte verwenden Sie diesen Wert für die Erstellung der Verbrauchsabrechnung.</w:t>
      </w:r>
    </w:p>
    <w:p/>
    <w:p>
      <w:r>
        <w:rPr>
          <w:b/>
          <w:sz w:val="22"/>
        </w:rPr>
        <w:t>Zählerdaten:</w:t>
      </w:r>
    </w:p>
    <w:p>
      <w:r>
        <w:rPr>
          <w:b w:val="0"/>
          <w:sz w:val="22"/>
        </w:rPr>
        <w:t>Zählernummer: __________________________________________</w:t>
      </w:r>
    </w:p>
    <w:p>
      <w:r>
        <w:rPr>
          <w:b w:val="0"/>
          <w:sz w:val="22"/>
        </w:rPr>
        <w:t>Zählertyp: ______________________________________________</w:t>
      </w:r>
    </w:p>
    <w:p>
      <w:r>
        <w:rPr>
          <w:b w:val="0"/>
          <w:sz w:val="22"/>
        </w:rPr>
        <w:t>Zählerstand: ___________________________________________</w:t>
      </w:r>
    </w:p>
    <w:p>
      <w:r>
        <w:rPr>
          <w:b w:val="0"/>
          <w:sz w:val="22"/>
        </w:rPr>
        <w:t>Ablesedatum: ___________________________________________</w:t>
      </w:r>
    </w:p>
    <w:p/>
    <w:p>
      <w:r>
        <w:rPr>
          <w:b w:val="0"/>
          <w:sz w:val="22"/>
        </w:rPr>
        <w:t>Weitere Bemerkungen / Besonderheiten:</w:t>
      </w:r>
    </w:p>
    <w:p>
      <w:r>
        <w:rPr>
          <w:b w:val="0"/>
          <w:sz w:val="22"/>
        </w:rPr>
        <w:t>_______________________________________________________</w:t>
      </w:r>
    </w:p>
    <w:p>
      <w:r>
        <w:rPr>
          <w:b w:val="0"/>
          <w:sz w:val="22"/>
        </w:rPr>
        <w:t>_______________________________________________________</w:t>
      </w:r>
    </w:p>
    <w:p>
      <w:r>
        <w:rPr>
          <w:b w:val="0"/>
          <w:sz w:val="22"/>
        </w:rPr>
        <w:t>_______________________________________________________</w:t>
      </w:r>
    </w:p>
    <w:p/>
    <w:p/>
    <w:p>
      <w:r>
        <w:rPr>
          <w:b/>
          <w:sz w:val="22"/>
        </w:rPr>
        <w:t>Rechtsbelehrung:</w:t>
      </w:r>
    </w:p>
    <w:p>
      <w:r>
        <w:rPr>
          <w:b w:val="0"/>
          <w:sz w:val="22"/>
        </w:rPr>
        <w:t>Mit der Übermittlung des Zählerstands bestätige ich, dass die Angaben wahrheitsgemäß und korrekt sind. Ich bin mir bewusst, dass falsche Angaben rechtliche Konsequenzen nach sich ziehen können.</w:t>
      </w:r>
    </w:p>
    <w:p/>
    <w:p/>
    <w:p>
      <w:r>
        <w:rPr>
          <w:b w:val="0"/>
          <w:sz w:val="22"/>
        </w:rPr>
        <w:t>Ort: _________________________________________    Datum: 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https://verkehr-experte.com/zahlerstand-mitteilen/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zahlerstand-mitteilen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